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A5788" w14:textId="77777777" w:rsidR="00725D26" w:rsidRPr="00A13A10" w:rsidRDefault="00000000" w:rsidP="00746C94">
      <w:pPr>
        <w:pStyle w:val="NoSpacing"/>
        <w:jc w:val="center"/>
        <w:rPr>
          <w:rFonts w:ascii="Aptos" w:hAnsi="Aptos"/>
          <w:b/>
          <w:bCs/>
          <w:lang w:val="ro-RO"/>
        </w:rPr>
      </w:pPr>
      <w:r w:rsidRPr="00A13A10">
        <w:rPr>
          <w:rFonts w:ascii="Aptos" w:hAnsi="Aptos"/>
          <w:b/>
          <w:bCs/>
          <w:lang w:val="ro-RO"/>
        </w:rPr>
        <w:t>TERMENI DE REFERINȚĂ</w:t>
      </w:r>
    </w:p>
    <w:p w14:paraId="0382FB74" w14:textId="7ED73C9C" w:rsidR="00746C94" w:rsidRDefault="000156CF" w:rsidP="00746C94">
      <w:pPr>
        <w:pStyle w:val="NoSpacing"/>
        <w:jc w:val="center"/>
        <w:rPr>
          <w:rFonts w:ascii="Aptos" w:hAnsi="Aptos"/>
          <w:sz w:val="24"/>
          <w:lang w:val="ro-RO"/>
        </w:rPr>
      </w:pPr>
      <w:r w:rsidRPr="000156CF">
        <w:rPr>
          <w:rFonts w:ascii="Aptos" w:hAnsi="Aptos"/>
          <w:sz w:val="24"/>
          <w:lang w:val="ro-RO"/>
        </w:rPr>
        <w:t>Specialist(ă) în orientare profesională și integrare economică</w:t>
      </w:r>
    </w:p>
    <w:p w14:paraId="3615BB69" w14:textId="77777777" w:rsidR="000156CF" w:rsidRPr="00746C94" w:rsidRDefault="000156CF" w:rsidP="00746C94">
      <w:pPr>
        <w:pStyle w:val="NoSpacing"/>
        <w:jc w:val="center"/>
        <w:rPr>
          <w:rFonts w:ascii="Aptos" w:hAnsi="Aptos"/>
          <w:lang w:val="ro-RO"/>
        </w:rPr>
      </w:pPr>
    </w:p>
    <w:p w14:paraId="05139693" w14:textId="7B6597F1" w:rsidR="00725D26" w:rsidRPr="00746C94" w:rsidRDefault="00000000" w:rsidP="00746C94">
      <w:pPr>
        <w:pStyle w:val="NoSpacing"/>
        <w:jc w:val="center"/>
        <w:rPr>
          <w:rFonts w:ascii="Aptos" w:hAnsi="Aptos"/>
          <w:lang w:val="ro-RO"/>
        </w:rPr>
      </w:pPr>
      <w:r w:rsidRPr="00746C94">
        <w:rPr>
          <w:rFonts w:ascii="Aptos" w:hAnsi="Aptos"/>
          <w:lang w:val="ro-RO"/>
        </w:rPr>
        <w:t>Proiect: „</w:t>
      </w:r>
      <w:r w:rsidR="00746C94" w:rsidRPr="00746C94">
        <w:rPr>
          <w:rFonts w:eastAsiaTheme="minorHAnsi"/>
          <w:b/>
          <w:bCs/>
          <w:kern w:val="2"/>
          <w:sz w:val="24"/>
          <w:szCs w:val="24"/>
          <w:lang w:val="ro-RO"/>
          <w14:ligatures w14:val="standardContextual"/>
        </w:rPr>
        <w:t xml:space="preserve"> </w:t>
      </w:r>
      <w:r w:rsidR="00746C94" w:rsidRPr="00746C94">
        <w:rPr>
          <w:rFonts w:ascii="Aptos" w:hAnsi="Aptos"/>
          <w:b/>
          <w:bCs/>
          <w:lang w:val="ro-RO"/>
        </w:rPr>
        <w:t>Acces echitabil la locuri de muncă și la surse de venit pentru femeile din grupuri vulnerabile</w:t>
      </w:r>
      <w:r w:rsidRPr="00746C94">
        <w:rPr>
          <w:rFonts w:ascii="Aptos" w:hAnsi="Aptos"/>
          <w:lang w:val="ro-RO"/>
        </w:rPr>
        <w:t>”</w:t>
      </w:r>
    </w:p>
    <w:p w14:paraId="606C5C7F" w14:textId="77777777" w:rsidR="00746C94" w:rsidRPr="00746C94" w:rsidRDefault="00746C94" w:rsidP="00746C94">
      <w:pPr>
        <w:pStyle w:val="NoSpacing"/>
        <w:jc w:val="center"/>
        <w:rPr>
          <w:rFonts w:ascii="Aptos" w:hAnsi="Aptos"/>
          <w:b/>
          <w:bCs/>
          <w:lang w:val="ro-RO"/>
        </w:rPr>
      </w:pPr>
    </w:p>
    <w:p w14:paraId="5B844B3C" w14:textId="77777777" w:rsidR="00725D26" w:rsidRPr="00746C94" w:rsidRDefault="00000000" w:rsidP="00746C94">
      <w:pPr>
        <w:pStyle w:val="NoSpacing"/>
        <w:rPr>
          <w:rFonts w:ascii="Aptos" w:hAnsi="Aptos"/>
          <w:b/>
          <w:bCs/>
          <w:sz w:val="24"/>
          <w:szCs w:val="24"/>
          <w:lang w:val="ro-RO"/>
        </w:rPr>
      </w:pPr>
      <w:r w:rsidRPr="00746C94">
        <w:rPr>
          <w:rFonts w:ascii="Aptos" w:hAnsi="Aptos"/>
          <w:b/>
          <w:bCs/>
          <w:lang w:val="ro-RO"/>
        </w:rPr>
        <w:t xml:space="preserve">1. </w:t>
      </w:r>
      <w:r w:rsidRPr="00746C94">
        <w:rPr>
          <w:rFonts w:ascii="Aptos" w:hAnsi="Aptos"/>
          <w:b/>
          <w:bCs/>
          <w:sz w:val="24"/>
          <w:szCs w:val="24"/>
          <w:lang w:val="ro-RO"/>
        </w:rPr>
        <w:t>Informații generale</w:t>
      </w:r>
    </w:p>
    <w:tbl>
      <w:tblPr>
        <w:tblStyle w:val="TableGrid"/>
        <w:tblW w:w="0" w:type="auto"/>
        <w:tblInd w:w="198" w:type="dxa"/>
        <w:tblLayout w:type="fixed"/>
        <w:tblLook w:val="04A0" w:firstRow="1" w:lastRow="0" w:firstColumn="1" w:lastColumn="0" w:noHBand="0" w:noVBand="1"/>
      </w:tblPr>
      <w:tblGrid>
        <w:gridCol w:w="2580"/>
        <w:gridCol w:w="6746"/>
      </w:tblGrid>
      <w:tr w:rsidR="00725D26" w:rsidRPr="00746C94" w14:paraId="01ADE1D4" w14:textId="77777777" w:rsidTr="00746C94">
        <w:tc>
          <w:tcPr>
            <w:tcW w:w="2580" w:type="dxa"/>
          </w:tcPr>
          <w:p w14:paraId="7D4721B9" w14:textId="77777777" w:rsidR="00725D26" w:rsidRPr="00D54B3B" w:rsidRDefault="00000000" w:rsidP="00746C94">
            <w:pPr>
              <w:pStyle w:val="NoSpacing"/>
              <w:jc w:val="both"/>
              <w:rPr>
                <w:rFonts w:ascii="Aptos" w:hAnsi="Aptos"/>
                <w:b/>
                <w:bCs/>
                <w:lang w:val="ro-RO"/>
              </w:rPr>
            </w:pPr>
            <w:r w:rsidRPr="00D54B3B">
              <w:rPr>
                <w:rFonts w:ascii="Aptos" w:hAnsi="Aptos"/>
                <w:b/>
                <w:bCs/>
                <w:lang w:val="ro-RO"/>
              </w:rPr>
              <w:t>Element</w:t>
            </w:r>
          </w:p>
        </w:tc>
        <w:tc>
          <w:tcPr>
            <w:tcW w:w="6746" w:type="dxa"/>
          </w:tcPr>
          <w:p w14:paraId="2CE5A9BF" w14:textId="77777777" w:rsidR="00725D26" w:rsidRPr="00D54B3B" w:rsidRDefault="00000000" w:rsidP="00746C94">
            <w:pPr>
              <w:pStyle w:val="NoSpacing"/>
              <w:jc w:val="both"/>
              <w:rPr>
                <w:rFonts w:ascii="Aptos" w:hAnsi="Aptos"/>
                <w:b/>
                <w:bCs/>
                <w:lang w:val="ro-RO"/>
              </w:rPr>
            </w:pPr>
            <w:r w:rsidRPr="00D54B3B">
              <w:rPr>
                <w:rFonts w:ascii="Aptos" w:hAnsi="Aptos"/>
                <w:b/>
                <w:bCs/>
                <w:lang w:val="ro-RO"/>
              </w:rPr>
              <w:t>Informație</w:t>
            </w:r>
          </w:p>
        </w:tc>
      </w:tr>
      <w:tr w:rsidR="00725D26" w:rsidRPr="00746C94" w14:paraId="344D0376" w14:textId="77777777" w:rsidTr="00746C94">
        <w:tc>
          <w:tcPr>
            <w:tcW w:w="2580" w:type="dxa"/>
          </w:tcPr>
          <w:p w14:paraId="06BD228A" w14:textId="77777777" w:rsidR="00725D26" w:rsidRPr="00746C94" w:rsidRDefault="00000000" w:rsidP="00746C94">
            <w:pPr>
              <w:pStyle w:val="NoSpacing"/>
              <w:jc w:val="both"/>
              <w:rPr>
                <w:rFonts w:ascii="Aptos" w:hAnsi="Aptos"/>
                <w:lang w:val="ro-RO"/>
              </w:rPr>
            </w:pPr>
            <w:r w:rsidRPr="00746C94">
              <w:rPr>
                <w:rFonts w:ascii="Aptos" w:hAnsi="Aptos"/>
                <w:lang w:val="ro-RO"/>
              </w:rPr>
              <w:t>Organizația contractantă</w:t>
            </w:r>
          </w:p>
        </w:tc>
        <w:tc>
          <w:tcPr>
            <w:tcW w:w="6746" w:type="dxa"/>
          </w:tcPr>
          <w:p w14:paraId="20E2B52B" w14:textId="77777777" w:rsidR="00725D26" w:rsidRPr="00746C94" w:rsidRDefault="00000000" w:rsidP="00746C94">
            <w:pPr>
              <w:pStyle w:val="NoSpacing"/>
              <w:jc w:val="both"/>
              <w:rPr>
                <w:rFonts w:ascii="Aptos" w:hAnsi="Aptos"/>
                <w:lang w:val="ro-RO"/>
              </w:rPr>
            </w:pPr>
            <w:r w:rsidRPr="00746C94">
              <w:rPr>
                <w:rFonts w:ascii="Aptos" w:hAnsi="Aptos"/>
                <w:lang w:val="ro-RO"/>
              </w:rPr>
              <w:t>Asociația Obștească „CASMED”, IDNO 1010620009171, mun. Bălți</w:t>
            </w:r>
          </w:p>
        </w:tc>
      </w:tr>
      <w:tr w:rsidR="00725D26" w:rsidRPr="00746C94" w14:paraId="0C4654CA" w14:textId="77777777" w:rsidTr="00746C94">
        <w:tc>
          <w:tcPr>
            <w:tcW w:w="2580" w:type="dxa"/>
          </w:tcPr>
          <w:p w14:paraId="098A9016" w14:textId="77777777" w:rsidR="00725D26" w:rsidRPr="00746C94" w:rsidRDefault="00000000" w:rsidP="00746C94">
            <w:pPr>
              <w:pStyle w:val="NoSpacing"/>
              <w:jc w:val="both"/>
              <w:rPr>
                <w:rFonts w:ascii="Aptos" w:hAnsi="Aptos"/>
                <w:lang w:val="ro-RO"/>
              </w:rPr>
            </w:pPr>
            <w:r w:rsidRPr="00746C94">
              <w:rPr>
                <w:rFonts w:ascii="Aptos" w:hAnsi="Aptos"/>
                <w:lang w:val="ro-RO"/>
              </w:rPr>
              <w:t>Tipul contractului</w:t>
            </w:r>
          </w:p>
        </w:tc>
        <w:tc>
          <w:tcPr>
            <w:tcW w:w="6746" w:type="dxa"/>
          </w:tcPr>
          <w:p w14:paraId="23C65F64" w14:textId="5C994BDE" w:rsidR="00725D26" w:rsidRPr="00746C94" w:rsidRDefault="00000000" w:rsidP="00746C94">
            <w:pPr>
              <w:pStyle w:val="NoSpacing"/>
              <w:jc w:val="both"/>
              <w:rPr>
                <w:rFonts w:ascii="Aptos" w:hAnsi="Aptos"/>
                <w:lang w:val="ro-RO"/>
              </w:rPr>
            </w:pPr>
            <w:r w:rsidRPr="00746C94">
              <w:rPr>
                <w:rFonts w:ascii="Aptos" w:hAnsi="Aptos"/>
                <w:lang w:val="ro-RO"/>
              </w:rPr>
              <w:t>Contract de prestări servicii</w:t>
            </w:r>
          </w:p>
        </w:tc>
      </w:tr>
      <w:tr w:rsidR="00725D26" w:rsidRPr="00746C94" w14:paraId="0AB73D95" w14:textId="77777777" w:rsidTr="00746C94">
        <w:tc>
          <w:tcPr>
            <w:tcW w:w="2580" w:type="dxa"/>
          </w:tcPr>
          <w:p w14:paraId="012F6FDD" w14:textId="77777777" w:rsidR="00725D26" w:rsidRPr="00746C94" w:rsidRDefault="00000000" w:rsidP="00746C94">
            <w:pPr>
              <w:pStyle w:val="NoSpacing"/>
              <w:jc w:val="both"/>
              <w:rPr>
                <w:rFonts w:ascii="Aptos" w:hAnsi="Aptos"/>
                <w:lang w:val="ro-RO"/>
              </w:rPr>
            </w:pPr>
            <w:r w:rsidRPr="00746C94">
              <w:rPr>
                <w:rFonts w:ascii="Aptos" w:hAnsi="Aptos"/>
                <w:lang w:val="ro-RO"/>
              </w:rPr>
              <w:t>Perioada estimată</w:t>
            </w:r>
          </w:p>
        </w:tc>
        <w:tc>
          <w:tcPr>
            <w:tcW w:w="6746" w:type="dxa"/>
          </w:tcPr>
          <w:p w14:paraId="13E31C09" w14:textId="77777777" w:rsidR="00725D26" w:rsidRPr="00746C94" w:rsidRDefault="00000000" w:rsidP="00746C94">
            <w:pPr>
              <w:pStyle w:val="NoSpacing"/>
              <w:jc w:val="both"/>
              <w:rPr>
                <w:rFonts w:ascii="Aptos" w:hAnsi="Aptos"/>
                <w:lang w:val="ro-RO"/>
              </w:rPr>
            </w:pPr>
            <w:r w:rsidRPr="00746C94">
              <w:rPr>
                <w:rFonts w:ascii="Aptos" w:hAnsi="Aptos"/>
                <w:lang w:val="ro-RO"/>
              </w:rPr>
              <w:t>Noiembrie 2026 - ianuarie 2028, conform calendarului proiectului</w:t>
            </w:r>
          </w:p>
        </w:tc>
      </w:tr>
      <w:tr w:rsidR="00725D26" w:rsidRPr="00746C94" w14:paraId="1D7642A1" w14:textId="77777777" w:rsidTr="00746C94">
        <w:tc>
          <w:tcPr>
            <w:tcW w:w="2580" w:type="dxa"/>
          </w:tcPr>
          <w:p w14:paraId="32C23C38" w14:textId="77777777" w:rsidR="00725D26" w:rsidRPr="00746C94" w:rsidRDefault="00000000" w:rsidP="00746C94">
            <w:pPr>
              <w:pStyle w:val="NoSpacing"/>
              <w:jc w:val="both"/>
              <w:rPr>
                <w:rFonts w:ascii="Aptos" w:hAnsi="Aptos"/>
                <w:lang w:val="ro-RO"/>
              </w:rPr>
            </w:pPr>
            <w:r w:rsidRPr="00746C94">
              <w:rPr>
                <w:rFonts w:ascii="Aptos" w:hAnsi="Aptos"/>
                <w:lang w:val="ro-RO"/>
              </w:rPr>
              <w:t>Locul prestării</w:t>
            </w:r>
          </w:p>
        </w:tc>
        <w:tc>
          <w:tcPr>
            <w:tcW w:w="6746" w:type="dxa"/>
          </w:tcPr>
          <w:p w14:paraId="608D07EF" w14:textId="77777777" w:rsidR="00725D26" w:rsidRPr="00746C94" w:rsidRDefault="00000000" w:rsidP="00746C94">
            <w:pPr>
              <w:pStyle w:val="NoSpacing"/>
              <w:jc w:val="both"/>
              <w:rPr>
                <w:rFonts w:ascii="Aptos" w:hAnsi="Aptos"/>
                <w:lang w:val="ro-RO"/>
              </w:rPr>
            </w:pPr>
            <w:r w:rsidRPr="00746C94">
              <w:rPr>
                <w:rFonts w:ascii="Aptos" w:hAnsi="Aptos"/>
                <w:lang w:val="ro-RO"/>
              </w:rPr>
              <w:t xml:space="preserve">Mun. Bălți și raioanele Fălești, Glodeni, </w:t>
            </w:r>
            <w:proofErr w:type="spellStart"/>
            <w:r w:rsidRPr="00746C94">
              <w:rPr>
                <w:rFonts w:ascii="Aptos" w:hAnsi="Aptos"/>
                <w:lang w:val="ro-RO"/>
              </w:rPr>
              <w:t>Rîșcani</w:t>
            </w:r>
            <w:proofErr w:type="spellEnd"/>
            <w:r w:rsidRPr="00746C94">
              <w:rPr>
                <w:rFonts w:ascii="Aptos" w:hAnsi="Aptos"/>
                <w:lang w:val="ro-RO"/>
              </w:rPr>
              <w:t xml:space="preserve">, Florești și </w:t>
            </w:r>
            <w:proofErr w:type="spellStart"/>
            <w:r w:rsidRPr="00746C94">
              <w:rPr>
                <w:rFonts w:ascii="Aptos" w:hAnsi="Aptos"/>
                <w:lang w:val="ro-RO"/>
              </w:rPr>
              <w:t>Sîngerei</w:t>
            </w:r>
            <w:proofErr w:type="spellEnd"/>
          </w:p>
        </w:tc>
      </w:tr>
      <w:tr w:rsidR="00725D26" w:rsidRPr="00746C94" w14:paraId="31194B00" w14:textId="77777777" w:rsidTr="00746C94">
        <w:tc>
          <w:tcPr>
            <w:tcW w:w="2580" w:type="dxa"/>
          </w:tcPr>
          <w:p w14:paraId="5CE6D60E" w14:textId="77777777" w:rsidR="00725D26" w:rsidRPr="00746C94" w:rsidRDefault="00000000" w:rsidP="00746C94">
            <w:pPr>
              <w:pStyle w:val="NoSpacing"/>
              <w:jc w:val="both"/>
              <w:rPr>
                <w:rFonts w:ascii="Aptos" w:hAnsi="Aptos"/>
                <w:lang w:val="ro-RO"/>
              </w:rPr>
            </w:pPr>
            <w:r w:rsidRPr="00746C94">
              <w:rPr>
                <w:rFonts w:ascii="Aptos" w:hAnsi="Aptos"/>
                <w:lang w:val="ro-RO"/>
              </w:rPr>
              <w:t>Volumul estimat</w:t>
            </w:r>
          </w:p>
        </w:tc>
        <w:tc>
          <w:tcPr>
            <w:tcW w:w="6746" w:type="dxa"/>
          </w:tcPr>
          <w:p w14:paraId="1EAEC070" w14:textId="38518B1D" w:rsidR="00725D26" w:rsidRPr="00746C94" w:rsidRDefault="00000000" w:rsidP="00746C94">
            <w:pPr>
              <w:pStyle w:val="NoSpacing"/>
              <w:jc w:val="both"/>
              <w:rPr>
                <w:rFonts w:ascii="Aptos" w:hAnsi="Aptos"/>
                <w:lang w:val="ro-RO"/>
              </w:rPr>
            </w:pPr>
            <w:r w:rsidRPr="00746C94">
              <w:rPr>
                <w:rFonts w:ascii="Aptos" w:hAnsi="Aptos"/>
                <w:lang w:val="ro-RO"/>
              </w:rPr>
              <w:t>Sprijin pentru până la 170 de femei</w:t>
            </w:r>
          </w:p>
        </w:tc>
      </w:tr>
      <w:tr w:rsidR="00725D26" w:rsidRPr="00746C94" w14:paraId="1E504092" w14:textId="77777777" w:rsidTr="00746C94">
        <w:tc>
          <w:tcPr>
            <w:tcW w:w="2580" w:type="dxa"/>
          </w:tcPr>
          <w:p w14:paraId="325F0F53" w14:textId="77777777" w:rsidR="00725D26" w:rsidRPr="00746C94" w:rsidRDefault="00000000" w:rsidP="00746C94">
            <w:pPr>
              <w:pStyle w:val="NoSpacing"/>
              <w:jc w:val="both"/>
              <w:rPr>
                <w:rFonts w:ascii="Aptos" w:hAnsi="Aptos"/>
                <w:lang w:val="ro-RO"/>
              </w:rPr>
            </w:pPr>
            <w:r w:rsidRPr="00746C94">
              <w:rPr>
                <w:rFonts w:ascii="Aptos" w:hAnsi="Aptos"/>
                <w:lang w:val="ro-RO"/>
              </w:rPr>
              <w:t>Unitatea de ofertare și de plată</w:t>
            </w:r>
          </w:p>
        </w:tc>
        <w:tc>
          <w:tcPr>
            <w:tcW w:w="6746" w:type="dxa"/>
          </w:tcPr>
          <w:p w14:paraId="03DBB235" w14:textId="77777777" w:rsidR="00725D26" w:rsidRPr="00746C94" w:rsidRDefault="00000000" w:rsidP="00746C94">
            <w:pPr>
              <w:pStyle w:val="NoSpacing"/>
              <w:jc w:val="both"/>
              <w:rPr>
                <w:rFonts w:ascii="Aptos" w:hAnsi="Aptos"/>
                <w:lang w:val="ro-RO"/>
              </w:rPr>
            </w:pPr>
            <w:r w:rsidRPr="00746C94">
              <w:rPr>
                <w:rFonts w:ascii="Aptos" w:hAnsi="Aptos"/>
                <w:lang w:val="ro-RO"/>
              </w:rPr>
              <w:t>Pachet de servicii pentru o participantă asistată, recepționat pe etape</w:t>
            </w:r>
          </w:p>
        </w:tc>
      </w:tr>
      <w:tr w:rsidR="00725D26" w:rsidRPr="00746C94" w14:paraId="4213C20A" w14:textId="77777777" w:rsidTr="00746C94">
        <w:tc>
          <w:tcPr>
            <w:tcW w:w="2580" w:type="dxa"/>
          </w:tcPr>
          <w:p w14:paraId="6FB4CA43" w14:textId="77777777" w:rsidR="00725D26" w:rsidRPr="00746C94" w:rsidRDefault="00000000" w:rsidP="00746C94">
            <w:pPr>
              <w:pStyle w:val="NoSpacing"/>
              <w:jc w:val="both"/>
              <w:rPr>
                <w:rFonts w:ascii="Aptos" w:hAnsi="Aptos"/>
                <w:lang w:val="ro-RO"/>
              </w:rPr>
            </w:pPr>
            <w:r w:rsidRPr="00746C94">
              <w:rPr>
                <w:rFonts w:ascii="Aptos" w:hAnsi="Aptos"/>
                <w:lang w:val="ro-RO"/>
              </w:rPr>
              <w:t>Depunerea ofertelor</w:t>
            </w:r>
          </w:p>
        </w:tc>
        <w:tc>
          <w:tcPr>
            <w:tcW w:w="6746" w:type="dxa"/>
          </w:tcPr>
          <w:p w14:paraId="05C06C9F" w14:textId="0E6FA2A7" w:rsidR="00725D26" w:rsidRPr="00746C94" w:rsidRDefault="00000000" w:rsidP="00746C94">
            <w:pPr>
              <w:pStyle w:val="NoSpacing"/>
              <w:jc w:val="both"/>
              <w:rPr>
                <w:rFonts w:ascii="Aptos" w:hAnsi="Aptos"/>
                <w:lang w:val="ro-RO"/>
              </w:rPr>
            </w:pPr>
            <w:r w:rsidRPr="00746C94">
              <w:rPr>
                <w:rFonts w:ascii="Aptos" w:hAnsi="Aptos"/>
                <w:lang w:val="ro-RO"/>
              </w:rPr>
              <w:t xml:space="preserve">Până la </w:t>
            </w:r>
            <w:r w:rsidR="00746C94" w:rsidRPr="00746C94">
              <w:rPr>
                <w:rFonts w:ascii="Aptos" w:hAnsi="Aptos"/>
                <w:lang w:val="ro-RO"/>
              </w:rPr>
              <w:t>29</w:t>
            </w:r>
            <w:r w:rsidRPr="00746C94">
              <w:rPr>
                <w:rFonts w:ascii="Aptos" w:hAnsi="Aptos"/>
                <w:lang w:val="ro-RO"/>
              </w:rPr>
              <w:t xml:space="preserve"> </w:t>
            </w:r>
            <w:r w:rsidR="00A13A10">
              <w:rPr>
                <w:rFonts w:ascii="Aptos" w:hAnsi="Aptos"/>
                <w:lang w:val="ro-RO"/>
              </w:rPr>
              <w:t>octombrie</w:t>
            </w:r>
            <w:r w:rsidRPr="00746C94">
              <w:rPr>
                <w:rFonts w:ascii="Aptos" w:hAnsi="Aptos"/>
                <w:lang w:val="ro-RO"/>
              </w:rPr>
              <w:t xml:space="preserve"> 2026, la </w:t>
            </w:r>
            <w:hyperlink r:id="rId8" w:history="1">
              <w:r w:rsidR="000156CF" w:rsidRPr="00511AE8">
                <w:rPr>
                  <w:rStyle w:val="Hyperlink"/>
                  <w:rFonts w:ascii="Aptos" w:hAnsi="Aptos"/>
                  <w:lang w:val="ro-RO"/>
                </w:rPr>
                <w:t>office@casmed.md</w:t>
              </w:r>
            </w:hyperlink>
            <w:r w:rsidR="000156CF">
              <w:rPr>
                <w:rFonts w:ascii="Aptos" w:hAnsi="Aptos"/>
                <w:lang w:val="ro-RO"/>
              </w:rPr>
              <w:t xml:space="preserve"> </w:t>
            </w:r>
          </w:p>
        </w:tc>
      </w:tr>
    </w:tbl>
    <w:p w14:paraId="0B07CEE8" w14:textId="77777777" w:rsidR="00725D26" w:rsidRPr="00746C94" w:rsidRDefault="00725D26" w:rsidP="00746C94">
      <w:pPr>
        <w:pStyle w:val="NoSpacing"/>
        <w:jc w:val="both"/>
        <w:rPr>
          <w:rFonts w:ascii="Aptos" w:hAnsi="Aptos"/>
          <w:sz w:val="24"/>
          <w:szCs w:val="24"/>
          <w:lang w:val="ro-RO"/>
        </w:rPr>
      </w:pPr>
    </w:p>
    <w:p w14:paraId="45994285" w14:textId="77777777" w:rsidR="00725D26" w:rsidRPr="00746C94" w:rsidRDefault="00000000" w:rsidP="00746C94">
      <w:pPr>
        <w:pStyle w:val="NoSpacing"/>
        <w:jc w:val="both"/>
        <w:rPr>
          <w:rFonts w:ascii="Aptos" w:hAnsi="Aptos"/>
          <w:b/>
          <w:bCs/>
          <w:lang w:val="ro-RO"/>
        </w:rPr>
      </w:pPr>
      <w:r w:rsidRPr="00746C94">
        <w:rPr>
          <w:rFonts w:ascii="Aptos" w:hAnsi="Aptos"/>
          <w:b/>
          <w:bCs/>
          <w:lang w:val="ro-RO"/>
        </w:rPr>
        <w:t>2. Contextul proiectului</w:t>
      </w:r>
    </w:p>
    <w:p w14:paraId="2399B08D" w14:textId="31285EB7" w:rsidR="00725D26" w:rsidRPr="00746C94" w:rsidRDefault="00000000" w:rsidP="00746C94">
      <w:pPr>
        <w:pStyle w:val="NoSpacing"/>
        <w:jc w:val="both"/>
        <w:rPr>
          <w:rFonts w:ascii="Aptos" w:hAnsi="Aptos"/>
          <w:lang w:val="ro-RO"/>
        </w:rPr>
      </w:pPr>
      <w:r w:rsidRPr="00746C94">
        <w:rPr>
          <w:rFonts w:ascii="Aptos" w:hAnsi="Aptos"/>
          <w:lang w:val="ro-RO"/>
        </w:rPr>
        <w:t>Asociația Obștească „CASMED” implementează proiectul „</w:t>
      </w:r>
      <w:r w:rsidR="00746C94" w:rsidRPr="00746C94">
        <w:rPr>
          <w:rFonts w:ascii="Aptos" w:hAnsi="Aptos"/>
          <w:b/>
          <w:bCs/>
          <w:color w:val="2A313A"/>
          <w:sz w:val="20"/>
          <w:lang w:val="ro-RO"/>
        </w:rPr>
        <w:t xml:space="preserve"> </w:t>
      </w:r>
      <w:r w:rsidR="00746C94" w:rsidRPr="00746C94">
        <w:rPr>
          <w:rFonts w:ascii="Aptos" w:hAnsi="Aptos"/>
          <w:b/>
          <w:bCs/>
          <w:lang w:val="ro-RO"/>
        </w:rPr>
        <w:t>Acces echitabil la locuri de muncă și la surse de venit pentru femeile din grupuri vulnerabile</w:t>
      </w:r>
      <w:r w:rsidRPr="00746C94">
        <w:rPr>
          <w:rFonts w:ascii="Aptos" w:hAnsi="Aptos"/>
          <w:lang w:val="ro-RO"/>
        </w:rPr>
        <w:t xml:space="preserve">”, cu sprijinul UN </w:t>
      </w:r>
      <w:proofErr w:type="spellStart"/>
      <w:r w:rsidRPr="00746C94">
        <w:rPr>
          <w:rFonts w:ascii="Aptos" w:hAnsi="Aptos"/>
          <w:lang w:val="ro-RO"/>
        </w:rPr>
        <w:t>Women</w:t>
      </w:r>
      <w:proofErr w:type="spellEnd"/>
      <w:r w:rsidRPr="00746C94">
        <w:rPr>
          <w:rFonts w:ascii="Aptos" w:hAnsi="Aptos"/>
          <w:lang w:val="ro-RO"/>
        </w:rPr>
        <w:t xml:space="preserve"> și cu finanțarea Agenției Austriece pentru Dezvoltare (ADA). Proiectul urmărește să faciliteze accesul femeilor la locuri de muncă, </w:t>
      </w:r>
      <w:r w:rsidR="00746C94">
        <w:rPr>
          <w:rFonts w:ascii="Aptos" w:hAnsi="Aptos"/>
          <w:lang w:val="ro-RO"/>
        </w:rPr>
        <w:t>la formare profesională și la</w:t>
      </w:r>
      <w:r w:rsidRPr="00746C94">
        <w:rPr>
          <w:rFonts w:ascii="Aptos" w:hAnsi="Aptos"/>
          <w:lang w:val="ro-RO"/>
        </w:rPr>
        <w:t xml:space="preserve"> oportunități de a obține venituri din activități independente.</w:t>
      </w:r>
    </w:p>
    <w:p w14:paraId="5A16C898" w14:textId="12D714CB" w:rsidR="00725D26" w:rsidRPr="00746C94" w:rsidRDefault="00000000" w:rsidP="00746C94">
      <w:pPr>
        <w:pStyle w:val="NoSpacing"/>
        <w:jc w:val="both"/>
        <w:rPr>
          <w:rFonts w:ascii="Aptos" w:hAnsi="Aptos"/>
          <w:lang w:val="ro-RO"/>
        </w:rPr>
      </w:pPr>
      <w:r w:rsidRPr="00746C94">
        <w:rPr>
          <w:rFonts w:ascii="Aptos" w:hAnsi="Aptos"/>
          <w:lang w:val="ro-RO"/>
        </w:rPr>
        <w:t xml:space="preserve">Proiectul se adresează unui număr de 170 de femei cu vârste cuprinse între 18 și 54 de ani. Grupul-țintă include tinere care nu lucrează și nu urmează studii sau cursuri de formare profesională (NEET), precum și femei cu copii </w:t>
      </w:r>
      <w:r w:rsidR="00746C94">
        <w:rPr>
          <w:rFonts w:ascii="Aptos" w:hAnsi="Aptos"/>
          <w:lang w:val="ro-RO"/>
        </w:rPr>
        <w:t>sau</w:t>
      </w:r>
      <w:r w:rsidRPr="00746C94">
        <w:rPr>
          <w:rFonts w:ascii="Aptos" w:hAnsi="Aptos"/>
          <w:lang w:val="ro-RO"/>
        </w:rPr>
        <w:t xml:space="preserve"> </w:t>
      </w:r>
      <w:r w:rsidR="00746C94">
        <w:rPr>
          <w:rFonts w:ascii="Aptos" w:hAnsi="Aptos"/>
          <w:lang w:val="ro-RO"/>
        </w:rPr>
        <w:t xml:space="preserve">cu </w:t>
      </w:r>
      <w:r w:rsidRPr="00746C94">
        <w:rPr>
          <w:rFonts w:ascii="Aptos" w:hAnsi="Aptos"/>
          <w:lang w:val="ro-RO"/>
        </w:rPr>
        <w:t xml:space="preserve">responsabilități de îngrijire. Activitățile se desfășoară în municipiul Bălți și în raioanele Fălești, Glodeni, </w:t>
      </w:r>
      <w:proofErr w:type="spellStart"/>
      <w:r w:rsidRPr="00746C94">
        <w:rPr>
          <w:rFonts w:ascii="Aptos" w:hAnsi="Aptos"/>
          <w:lang w:val="ro-RO"/>
        </w:rPr>
        <w:t>Rîșcani</w:t>
      </w:r>
      <w:proofErr w:type="spellEnd"/>
      <w:r w:rsidRPr="00746C94">
        <w:rPr>
          <w:rFonts w:ascii="Aptos" w:hAnsi="Aptos"/>
          <w:lang w:val="ro-RO"/>
        </w:rPr>
        <w:t xml:space="preserve">, Florești și </w:t>
      </w:r>
      <w:proofErr w:type="spellStart"/>
      <w:r w:rsidRPr="00746C94">
        <w:rPr>
          <w:rFonts w:ascii="Aptos" w:hAnsi="Aptos"/>
          <w:lang w:val="ro-RO"/>
        </w:rPr>
        <w:t>Sîngerei</w:t>
      </w:r>
      <w:proofErr w:type="spellEnd"/>
      <w:r w:rsidRPr="00746C94">
        <w:rPr>
          <w:rFonts w:ascii="Aptos" w:hAnsi="Aptos"/>
          <w:lang w:val="ro-RO"/>
        </w:rPr>
        <w:t>.</w:t>
      </w:r>
    </w:p>
    <w:p w14:paraId="371A51FA" w14:textId="1160F69D" w:rsidR="00725D26" w:rsidRPr="00746C94" w:rsidRDefault="00000000" w:rsidP="00746C94">
      <w:pPr>
        <w:pStyle w:val="NoSpacing"/>
        <w:jc w:val="both"/>
        <w:rPr>
          <w:rFonts w:ascii="Aptos" w:hAnsi="Aptos"/>
          <w:lang w:val="ro-RO"/>
        </w:rPr>
      </w:pPr>
      <w:r w:rsidRPr="00746C94">
        <w:rPr>
          <w:rFonts w:ascii="Aptos" w:hAnsi="Aptos"/>
          <w:lang w:val="ro-RO"/>
        </w:rPr>
        <w:t xml:space="preserve">Fiecare participantă va urma un parcurs individual de sprijin de până la </w:t>
      </w:r>
      <w:r w:rsidR="00746C94">
        <w:rPr>
          <w:rFonts w:ascii="Aptos" w:hAnsi="Aptos"/>
          <w:lang w:val="ro-RO"/>
        </w:rPr>
        <w:t>4</w:t>
      </w:r>
      <w:r w:rsidRPr="00746C94">
        <w:rPr>
          <w:rFonts w:ascii="Aptos" w:hAnsi="Aptos"/>
          <w:lang w:val="ro-RO"/>
        </w:rPr>
        <w:t xml:space="preserve"> luni. Acesta cuprinde identificarea și înscrierea, evaluarea nevoilor, elaborarea planului individual, ghidarea și orientarea către oportunități relevante, precum și evaluarea progresului. Activitatea specialistului va contribui la </w:t>
      </w:r>
      <w:r w:rsidR="00746C94">
        <w:rPr>
          <w:rFonts w:ascii="Aptos" w:hAnsi="Aptos"/>
          <w:lang w:val="ro-RO"/>
        </w:rPr>
        <w:t>atingerea obiectivului</w:t>
      </w:r>
      <w:r w:rsidRPr="00746C94">
        <w:rPr>
          <w:rFonts w:ascii="Aptos" w:hAnsi="Aptos"/>
          <w:lang w:val="ro-RO"/>
        </w:rPr>
        <w:t xml:space="preserve"> proiectului de a documenta cel puțin 50 de rezultate de integrare economică, cu evidența distinctă a fiecărei participante.</w:t>
      </w:r>
    </w:p>
    <w:p w14:paraId="07C7A6BC" w14:textId="77777777" w:rsidR="00725D26" w:rsidRPr="00746C94" w:rsidRDefault="00000000" w:rsidP="00746C94">
      <w:pPr>
        <w:pStyle w:val="NoSpacing"/>
        <w:jc w:val="both"/>
        <w:rPr>
          <w:rFonts w:ascii="Aptos" w:hAnsi="Aptos"/>
          <w:b/>
          <w:bCs/>
          <w:lang w:val="ro-RO"/>
        </w:rPr>
      </w:pPr>
      <w:r w:rsidRPr="00746C94">
        <w:rPr>
          <w:rFonts w:ascii="Aptos" w:hAnsi="Aptos"/>
          <w:b/>
          <w:bCs/>
          <w:lang w:val="ro-RO"/>
        </w:rPr>
        <w:t>3. Scopul contractării</w:t>
      </w:r>
    </w:p>
    <w:p w14:paraId="115435A5" w14:textId="77777777" w:rsidR="00725D26" w:rsidRPr="00746C94" w:rsidRDefault="00000000" w:rsidP="00746C94">
      <w:pPr>
        <w:pStyle w:val="NoSpacing"/>
        <w:jc w:val="both"/>
        <w:rPr>
          <w:rFonts w:ascii="Aptos" w:hAnsi="Aptos"/>
          <w:lang w:val="ro-RO"/>
        </w:rPr>
      </w:pPr>
      <w:r w:rsidRPr="00746C94">
        <w:rPr>
          <w:rFonts w:ascii="Aptos" w:hAnsi="Aptos"/>
          <w:lang w:val="ro-RO"/>
        </w:rPr>
        <w:t xml:space="preserve">CASMED intenționează să </w:t>
      </w:r>
      <w:proofErr w:type="spellStart"/>
      <w:r w:rsidRPr="00746C94">
        <w:rPr>
          <w:rFonts w:ascii="Aptos" w:hAnsi="Aptos"/>
          <w:lang w:val="ro-RO"/>
        </w:rPr>
        <w:t>contracteze</w:t>
      </w:r>
      <w:proofErr w:type="spellEnd"/>
      <w:r w:rsidRPr="00746C94">
        <w:rPr>
          <w:rFonts w:ascii="Aptos" w:hAnsi="Aptos"/>
          <w:lang w:val="ro-RO"/>
        </w:rPr>
        <w:t xml:space="preserve"> servicii pentru identificarea, recrutarea și sprijinirea individuală a femeilor participante la proiect, colaborarea cu angajatorii și cu instituțiile de profil, precum și urmărirea progresului către angajare, calificare profesională sau activitate independentă.</w:t>
      </w:r>
    </w:p>
    <w:p w14:paraId="669AA905" w14:textId="1145E255" w:rsidR="00725D26" w:rsidRPr="00746C94" w:rsidRDefault="00000000" w:rsidP="00746C94">
      <w:pPr>
        <w:pStyle w:val="NoSpacing"/>
        <w:jc w:val="both"/>
        <w:rPr>
          <w:rFonts w:ascii="Aptos" w:hAnsi="Aptos"/>
          <w:lang w:val="ro-RO"/>
        </w:rPr>
      </w:pPr>
      <w:r w:rsidRPr="00746C94">
        <w:rPr>
          <w:rFonts w:ascii="Aptos" w:hAnsi="Aptos"/>
          <w:lang w:val="ro-RO"/>
        </w:rPr>
        <w:t xml:space="preserve">Prestatorul va adapta sprijinul oferit la situația fiecărei participante și la obiectivele stabilite </w:t>
      </w:r>
      <w:r w:rsidR="00746C94">
        <w:rPr>
          <w:rFonts w:ascii="Aptos" w:hAnsi="Aptos"/>
          <w:lang w:val="ro-RO"/>
        </w:rPr>
        <w:t>în</w:t>
      </w:r>
      <w:r w:rsidRPr="00746C94">
        <w:rPr>
          <w:rFonts w:ascii="Aptos" w:hAnsi="Aptos"/>
          <w:lang w:val="ro-RO"/>
        </w:rPr>
        <w:t xml:space="preserve"> planul individual de acțiune. Serviciile vor fi evaluate în funcție de activitățile realizate și documentate, precum și de progresul înregistrat pe parcursul participării la proiect.</w:t>
      </w:r>
    </w:p>
    <w:p w14:paraId="565319DA" w14:textId="77777777" w:rsidR="00725D26" w:rsidRPr="00746C94" w:rsidRDefault="00000000" w:rsidP="00746C94">
      <w:pPr>
        <w:pStyle w:val="NoSpacing"/>
        <w:jc w:val="both"/>
        <w:rPr>
          <w:rFonts w:ascii="Aptos" w:hAnsi="Aptos"/>
          <w:b/>
          <w:bCs/>
          <w:lang w:val="ro-RO"/>
        </w:rPr>
      </w:pPr>
      <w:r w:rsidRPr="00746C94">
        <w:rPr>
          <w:rFonts w:ascii="Aptos" w:hAnsi="Aptos"/>
          <w:b/>
          <w:bCs/>
          <w:lang w:val="ro-RO"/>
        </w:rPr>
        <w:t>4. Serviciile solicitate</w:t>
      </w:r>
    </w:p>
    <w:p w14:paraId="4D13B5C2" w14:textId="77777777" w:rsidR="00725D26" w:rsidRPr="00746C94" w:rsidRDefault="00000000" w:rsidP="00746C94">
      <w:pPr>
        <w:pStyle w:val="NoSpacing"/>
        <w:jc w:val="both"/>
        <w:rPr>
          <w:rFonts w:ascii="Aptos" w:hAnsi="Aptos"/>
          <w:b/>
          <w:bCs/>
          <w:lang w:val="ro-RO"/>
        </w:rPr>
      </w:pPr>
      <w:r w:rsidRPr="00746C94">
        <w:rPr>
          <w:rFonts w:ascii="Aptos" w:hAnsi="Aptos"/>
          <w:b/>
          <w:bCs/>
          <w:color w:val="1E414A"/>
          <w:lang w:val="ro-RO"/>
        </w:rPr>
        <w:t>4.1. Recrutarea și înscrierea participantelor</w:t>
      </w:r>
    </w:p>
    <w:p w14:paraId="0830AD18" w14:textId="77777777" w:rsidR="00725D26" w:rsidRPr="00746C94" w:rsidRDefault="00000000" w:rsidP="00746C94">
      <w:pPr>
        <w:pStyle w:val="NoSpacing"/>
        <w:numPr>
          <w:ilvl w:val="0"/>
          <w:numId w:val="10"/>
        </w:numPr>
        <w:jc w:val="both"/>
        <w:rPr>
          <w:rFonts w:ascii="Aptos" w:hAnsi="Aptos"/>
          <w:lang w:val="ro-RO"/>
        </w:rPr>
      </w:pPr>
      <w:r w:rsidRPr="00746C94">
        <w:rPr>
          <w:rFonts w:ascii="Aptos" w:hAnsi="Aptos"/>
          <w:lang w:val="ro-RO"/>
        </w:rPr>
        <w:t>Identificarea femeilor care îndeplinesc criteriile proiectului, prin colaborare cu asistenții sociali, autoritățile publice locale, subdiviziunile teritoriale pentru ocuparea forței de muncă și alți parteneri comunitari.</w:t>
      </w:r>
    </w:p>
    <w:p w14:paraId="4E6D2E7C" w14:textId="77777777" w:rsidR="00725D26" w:rsidRPr="00746C94" w:rsidRDefault="00000000" w:rsidP="00746C94">
      <w:pPr>
        <w:pStyle w:val="NoSpacing"/>
        <w:numPr>
          <w:ilvl w:val="0"/>
          <w:numId w:val="10"/>
        </w:numPr>
        <w:jc w:val="both"/>
        <w:rPr>
          <w:rFonts w:ascii="Aptos" w:hAnsi="Aptos"/>
          <w:lang w:val="ro-RO"/>
        </w:rPr>
      </w:pPr>
      <w:r w:rsidRPr="00746C94">
        <w:rPr>
          <w:rFonts w:ascii="Aptos" w:hAnsi="Aptos"/>
          <w:lang w:val="ro-RO"/>
        </w:rPr>
        <w:t>Contactarea femeilor interesate de program și oferirea de sprijin pentru completarea formularului de înscriere, inclusiv atunci când acesta este completat cu asistență.</w:t>
      </w:r>
    </w:p>
    <w:p w14:paraId="4D9D30CD" w14:textId="77777777" w:rsidR="00725D26" w:rsidRPr="00746C94" w:rsidRDefault="00000000" w:rsidP="00746C94">
      <w:pPr>
        <w:pStyle w:val="NoSpacing"/>
        <w:numPr>
          <w:ilvl w:val="0"/>
          <w:numId w:val="10"/>
        </w:numPr>
        <w:jc w:val="both"/>
        <w:rPr>
          <w:rFonts w:ascii="Aptos" w:hAnsi="Aptos"/>
          <w:lang w:val="ro-RO"/>
        </w:rPr>
      </w:pPr>
      <w:r w:rsidRPr="00746C94">
        <w:rPr>
          <w:rFonts w:ascii="Aptos" w:hAnsi="Aptos"/>
          <w:lang w:val="ro-RO"/>
        </w:rPr>
        <w:t>Verificarea criteriilor de eligibilitate, prezentarea condițiilor de participare și înregistrarea participantelor în baza unică de date a proiectului, cu respectarea procedurilor de informare și consimțământ.</w:t>
      </w:r>
    </w:p>
    <w:p w14:paraId="3C8ADEB8" w14:textId="77777777" w:rsidR="00725D26" w:rsidRPr="00746C94" w:rsidRDefault="00000000" w:rsidP="00746C94">
      <w:pPr>
        <w:pStyle w:val="NoSpacing"/>
        <w:jc w:val="both"/>
        <w:rPr>
          <w:rFonts w:ascii="Aptos" w:hAnsi="Aptos"/>
          <w:b/>
          <w:bCs/>
          <w:lang w:val="ro-RO"/>
        </w:rPr>
      </w:pPr>
      <w:r w:rsidRPr="00746C94">
        <w:rPr>
          <w:rFonts w:ascii="Aptos" w:hAnsi="Aptos"/>
          <w:b/>
          <w:bCs/>
          <w:color w:val="1E414A"/>
          <w:lang w:val="ro-RO"/>
        </w:rPr>
        <w:t>4.2. Evaluarea inițială și planul individual</w:t>
      </w:r>
    </w:p>
    <w:p w14:paraId="368F1C46" w14:textId="77777777" w:rsidR="00725D26" w:rsidRPr="00746C94" w:rsidRDefault="00000000" w:rsidP="00746C94">
      <w:pPr>
        <w:pStyle w:val="NoSpacing"/>
        <w:numPr>
          <w:ilvl w:val="0"/>
          <w:numId w:val="11"/>
        </w:numPr>
        <w:jc w:val="both"/>
        <w:rPr>
          <w:rFonts w:ascii="Aptos" w:hAnsi="Aptos"/>
          <w:lang w:val="ro-RO"/>
        </w:rPr>
      </w:pPr>
      <w:r w:rsidRPr="00746C94">
        <w:rPr>
          <w:rFonts w:ascii="Aptos" w:hAnsi="Aptos"/>
          <w:lang w:val="ro-RO"/>
        </w:rPr>
        <w:t>Evaluarea experienței, competențelor, intereselor profesionale și disponibilității pentru muncă, precum și a dificultăților care pot influența participarea.</w:t>
      </w:r>
    </w:p>
    <w:p w14:paraId="2B3C84B2" w14:textId="77777777" w:rsidR="00725D26" w:rsidRPr="00746C94" w:rsidRDefault="00000000" w:rsidP="00746C94">
      <w:pPr>
        <w:pStyle w:val="NoSpacing"/>
        <w:numPr>
          <w:ilvl w:val="0"/>
          <w:numId w:val="11"/>
        </w:numPr>
        <w:jc w:val="both"/>
        <w:rPr>
          <w:rFonts w:ascii="Aptos" w:hAnsi="Aptos"/>
          <w:lang w:val="ro-RO"/>
        </w:rPr>
      </w:pPr>
      <w:r w:rsidRPr="00746C94">
        <w:rPr>
          <w:rFonts w:ascii="Aptos" w:hAnsi="Aptos"/>
          <w:lang w:val="ro-RO"/>
        </w:rPr>
        <w:lastRenderedPageBreak/>
        <w:t>Alegerea, împreună cu fiecare participantă, a traseului de sprijin: angajare și dezvoltare profesională sau desfășurarea unei activități independente generatoare de venit.</w:t>
      </w:r>
    </w:p>
    <w:p w14:paraId="4BBB5D48" w14:textId="77777777" w:rsidR="00725D26" w:rsidRPr="00746C94" w:rsidRDefault="00000000" w:rsidP="00746C94">
      <w:pPr>
        <w:pStyle w:val="NoSpacing"/>
        <w:numPr>
          <w:ilvl w:val="0"/>
          <w:numId w:val="11"/>
        </w:numPr>
        <w:jc w:val="both"/>
        <w:rPr>
          <w:rFonts w:ascii="Aptos" w:hAnsi="Aptos"/>
          <w:lang w:val="ro-RO"/>
        </w:rPr>
      </w:pPr>
      <w:r w:rsidRPr="00746C94">
        <w:rPr>
          <w:rFonts w:ascii="Aptos" w:hAnsi="Aptos"/>
          <w:lang w:val="ro-RO"/>
        </w:rPr>
        <w:t>Elaborarea planului individual de acțiune, cu obiective clare, activități convenite, termene și modalități de urmărire a progresului.</w:t>
      </w:r>
    </w:p>
    <w:p w14:paraId="6DF66AF8" w14:textId="77777777" w:rsidR="00725D26" w:rsidRPr="00746C94" w:rsidRDefault="00000000" w:rsidP="00746C94">
      <w:pPr>
        <w:pStyle w:val="NoSpacing"/>
        <w:jc w:val="both"/>
        <w:rPr>
          <w:rFonts w:ascii="Aptos" w:hAnsi="Aptos"/>
          <w:b/>
          <w:bCs/>
          <w:lang w:val="ro-RO"/>
        </w:rPr>
      </w:pPr>
      <w:r w:rsidRPr="00746C94">
        <w:rPr>
          <w:rFonts w:ascii="Aptos" w:hAnsi="Aptos"/>
          <w:b/>
          <w:bCs/>
          <w:color w:val="1E414A"/>
          <w:lang w:val="ro-RO"/>
        </w:rPr>
        <w:t>4.3. Ghidarea individuală și facilitarea accesului la oportunități</w:t>
      </w:r>
    </w:p>
    <w:p w14:paraId="2172A7CD" w14:textId="0BED034E" w:rsidR="00725D26" w:rsidRPr="00746C94" w:rsidRDefault="00000000" w:rsidP="00746C94">
      <w:pPr>
        <w:pStyle w:val="NoSpacing"/>
        <w:numPr>
          <w:ilvl w:val="0"/>
          <w:numId w:val="12"/>
        </w:numPr>
        <w:jc w:val="both"/>
        <w:rPr>
          <w:rFonts w:ascii="Aptos" w:hAnsi="Aptos"/>
          <w:lang w:val="ro-RO"/>
        </w:rPr>
      </w:pPr>
      <w:r w:rsidRPr="00746C94">
        <w:rPr>
          <w:rFonts w:ascii="Aptos" w:hAnsi="Aptos"/>
          <w:lang w:val="ro-RO"/>
        </w:rPr>
        <w:t xml:space="preserve">Acordarea de sprijin practic pentru pregătirea CV-ului, căutarea ofertelor de muncă, depunerea candidaturilor și pregătirea pentru interviuri, </w:t>
      </w:r>
      <w:r w:rsidR="00746C94">
        <w:rPr>
          <w:rFonts w:ascii="Aptos" w:hAnsi="Aptos"/>
          <w:lang w:val="ro-RO"/>
        </w:rPr>
        <w:t>în funcție de nevoile</w:t>
      </w:r>
      <w:r w:rsidRPr="00746C94">
        <w:rPr>
          <w:rFonts w:ascii="Aptos" w:hAnsi="Aptos"/>
          <w:lang w:val="ro-RO"/>
        </w:rPr>
        <w:t xml:space="preserve"> fiecărei participante.</w:t>
      </w:r>
    </w:p>
    <w:p w14:paraId="469C391E" w14:textId="77777777" w:rsidR="00725D26" w:rsidRPr="00746C94" w:rsidRDefault="00000000" w:rsidP="00746C94">
      <w:pPr>
        <w:pStyle w:val="NoSpacing"/>
        <w:numPr>
          <w:ilvl w:val="0"/>
          <w:numId w:val="12"/>
        </w:numPr>
        <w:jc w:val="both"/>
        <w:rPr>
          <w:rFonts w:ascii="Aptos" w:hAnsi="Aptos"/>
          <w:lang w:val="ro-RO"/>
        </w:rPr>
      </w:pPr>
      <w:r w:rsidRPr="00746C94">
        <w:rPr>
          <w:rFonts w:ascii="Aptos" w:hAnsi="Aptos"/>
          <w:lang w:val="ro-RO"/>
        </w:rPr>
        <w:t>Informarea și orientarea către cursuri de formare profesională, măsuri active de ocupare oferite de ANOFM, programe ale ODA și alte oportunități relevante.</w:t>
      </w:r>
    </w:p>
    <w:p w14:paraId="7247FEF9" w14:textId="4F35119F" w:rsidR="00725D26" w:rsidRPr="00746C94" w:rsidRDefault="00000000" w:rsidP="00746C94">
      <w:pPr>
        <w:pStyle w:val="NoSpacing"/>
        <w:numPr>
          <w:ilvl w:val="0"/>
          <w:numId w:val="12"/>
        </w:numPr>
        <w:jc w:val="both"/>
        <w:rPr>
          <w:rFonts w:ascii="Aptos" w:hAnsi="Aptos"/>
          <w:lang w:val="ro-RO"/>
        </w:rPr>
      </w:pPr>
      <w:r w:rsidRPr="00746C94">
        <w:rPr>
          <w:rFonts w:ascii="Aptos" w:hAnsi="Aptos"/>
          <w:lang w:val="ro-RO"/>
        </w:rPr>
        <w:t xml:space="preserve">Sprijinirea participantelor interesate de activități independente să își clarifice ideea de activitate, să identifice resursele necesare și să stabilească pașii pentru </w:t>
      </w:r>
      <w:r w:rsidR="00746C94">
        <w:rPr>
          <w:rFonts w:ascii="Aptos" w:hAnsi="Aptos"/>
          <w:lang w:val="ro-RO"/>
        </w:rPr>
        <w:t>a o pune</w:t>
      </w:r>
      <w:r w:rsidRPr="00746C94">
        <w:rPr>
          <w:rFonts w:ascii="Aptos" w:hAnsi="Aptos"/>
          <w:lang w:val="ro-RO"/>
        </w:rPr>
        <w:t xml:space="preserve"> în practică.</w:t>
      </w:r>
    </w:p>
    <w:p w14:paraId="4F0D96CF" w14:textId="77777777" w:rsidR="00725D26" w:rsidRPr="00746C94" w:rsidRDefault="00000000" w:rsidP="00746C94">
      <w:pPr>
        <w:pStyle w:val="NoSpacing"/>
        <w:numPr>
          <w:ilvl w:val="0"/>
          <w:numId w:val="12"/>
        </w:numPr>
        <w:jc w:val="both"/>
        <w:rPr>
          <w:rFonts w:ascii="Aptos" w:hAnsi="Aptos"/>
          <w:lang w:val="ro-RO"/>
        </w:rPr>
      </w:pPr>
      <w:r w:rsidRPr="00746C94">
        <w:rPr>
          <w:rFonts w:ascii="Aptos" w:hAnsi="Aptos"/>
          <w:lang w:val="ro-RO"/>
        </w:rPr>
        <w:t>Revizuirea progresului înregistrat de participantă și actualizarea planului individual, în funcție de rezultatele și dificultățile identificate.</w:t>
      </w:r>
    </w:p>
    <w:p w14:paraId="575F62E2" w14:textId="77777777" w:rsidR="00725D26" w:rsidRPr="00746C94" w:rsidRDefault="00000000" w:rsidP="00746C94">
      <w:pPr>
        <w:pStyle w:val="NoSpacing"/>
        <w:numPr>
          <w:ilvl w:val="0"/>
          <w:numId w:val="12"/>
        </w:numPr>
        <w:jc w:val="both"/>
        <w:rPr>
          <w:rFonts w:ascii="Aptos" w:hAnsi="Aptos"/>
          <w:lang w:val="ro-RO"/>
        </w:rPr>
      </w:pPr>
      <w:r w:rsidRPr="00746C94">
        <w:rPr>
          <w:rFonts w:ascii="Aptos" w:hAnsi="Aptos"/>
          <w:lang w:val="ro-RO"/>
        </w:rPr>
        <w:t>Oferirea de sesiuni individuale de ghidare aprofundată pentru participantele care au nevoie de sprijin suplimentar, în limita serviciilor prevăzute de proiect.</w:t>
      </w:r>
    </w:p>
    <w:p w14:paraId="01615039" w14:textId="77777777" w:rsidR="00725D26" w:rsidRPr="00746C94" w:rsidRDefault="00000000" w:rsidP="00746C94">
      <w:pPr>
        <w:pStyle w:val="NoSpacing"/>
        <w:jc w:val="both"/>
        <w:rPr>
          <w:rFonts w:ascii="Aptos" w:hAnsi="Aptos"/>
          <w:b/>
          <w:bCs/>
          <w:lang w:val="ro-RO"/>
        </w:rPr>
      </w:pPr>
      <w:r w:rsidRPr="00746C94">
        <w:rPr>
          <w:rFonts w:ascii="Aptos" w:hAnsi="Aptos"/>
          <w:b/>
          <w:bCs/>
          <w:color w:val="1E414A"/>
          <w:lang w:val="ro-RO"/>
        </w:rPr>
        <w:t>4.4. Colaborarea cu angajatorii și partenerii</w:t>
      </w:r>
    </w:p>
    <w:p w14:paraId="0D4F3F33" w14:textId="77777777" w:rsidR="00725D26" w:rsidRPr="00746C94" w:rsidRDefault="00000000" w:rsidP="00746C94">
      <w:pPr>
        <w:pStyle w:val="NoSpacing"/>
        <w:numPr>
          <w:ilvl w:val="0"/>
          <w:numId w:val="13"/>
        </w:numPr>
        <w:jc w:val="both"/>
        <w:rPr>
          <w:rFonts w:ascii="Aptos" w:hAnsi="Aptos"/>
          <w:lang w:val="ro-RO"/>
        </w:rPr>
      </w:pPr>
      <w:r w:rsidRPr="00746C94">
        <w:rPr>
          <w:rFonts w:ascii="Aptos" w:hAnsi="Aptos"/>
          <w:lang w:val="ro-RO"/>
        </w:rPr>
        <w:t>Identificarea și implicarea a cel puțin 15 angajatori interesați să colaboreze cu proiectul, în funcție de profilul și opțiunile profesionale ale participantelor.</w:t>
      </w:r>
    </w:p>
    <w:p w14:paraId="34384C9D" w14:textId="77777777" w:rsidR="00725D26" w:rsidRPr="00746C94" w:rsidRDefault="00000000" w:rsidP="00746C94">
      <w:pPr>
        <w:pStyle w:val="NoSpacing"/>
        <w:numPr>
          <w:ilvl w:val="0"/>
          <w:numId w:val="13"/>
        </w:numPr>
        <w:jc w:val="both"/>
        <w:rPr>
          <w:rFonts w:ascii="Aptos" w:hAnsi="Aptos"/>
          <w:lang w:val="ro-RO"/>
        </w:rPr>
      </w:pPr>
      <w:r w:rsidRPr="00746C94">
        <w:rPr>
          <w:rFonts w:ascii="Aptos" w:hAnsi="Aptos"/>
          <w:lang w:val="ro-RO"/>
        </w:rPr>
        <w:t>Organizarea, împreună cu echipa proiectului, a nouă întâlniri cu angajatorii, câte una pentru fiecare grup de participante, și urmărirea oportunităților identificate.</w:t>
      </w:r>
    </w:p>
    <w:p w14:paraId="6EDFF424" w14:textId="77777777" w:rsidR="00725D26" w:rsidRPr="00746C94" w:rsidRDefault="00000000" w:rsidP="00746C94">
      <w:pPr>
        <w:pStyle w:val="NoSpacing"/>
        <w:numPr>
          <w:ilvl w:val="0"/>
          <w:numId w:val="13"/>
        </w:numPr>
        <w:jc w:val="both"/>
        <w:rPr>
          <w:rFonts w:ascii="Aptos" w:hAnsi="Aptos"/>
          <w:lang w:val="ro-RO"/>
        </w:rPr>
      </w:pPr>
      <w:r w:rsidRPr="00746C94">
        <w:rPr>
          <w:rFonts w:ascii="Aptos" w:hAnsi="Aptos"/>
          <w:lang w:val="ro-RO"/>
        </w:rPr>
        <w:t>Elaborarea și actualizarea a nouă seturi de profiluri profesionale ale participantelor, câte unul pentru fiecare grup. Profilurile vor fi utilizate și comunicate angajatorilor numai în baza consimțământului participantelor.</w:t>
      </w:r>
    </w:p>
    <w:p w14:paraId="20A60E1E" w14:textId="77777777" w:rsidR="00725D26" w:rsidRPr="00746C94" w:rsidRDefault="00000000" w:rsidP="00746C94">
      <w:pPr>
        <w:pStyle w:val="NoSpacing"/>
        <w:numPr>
          <w:ilvl w:val="0"/>
          <w:numId w:val="13"/>
        </w:numPr>
        <w:jc w:val="both"/>
        <w:rPr>
          <w:rFonts w:ascii="Aptos" w:hAnsi="Aptos"/>
          <w:lang w:val="ro-RO"/>
        </w:rPr>
      </w:pPr>
      <w:r w:rsidRPr="00746C94">
        <w:rPr>
          <w:rFonts w:ascii="Aptos" w:hAnsi="Aptos"/>
          <w:lang w:val="ro-RO"/>
        </w:rPr>
        <w:t>Menținerea relațiilor de colaborare cu ANOFM, furnizorii de formare profesională, organizațiile comunitare și alți parteneri care pot oferi oportunități de ocupare sau sprijin.</w:t>
      </w:r>
    </w:p>
    <w:p w14:paraId="1D784887" w14:textId="77777777" w:rsidR="00725D26" w:rsidRPr="00746C94" w:rsidRDefault="00000000" w:rsidP="00746C94">
      <w:pPr>
        <w:pStyle w:val="NoSpacing"/>
        <w:jc w:val="both"/>
        <w:rPr>
          <w:rFonts w:ascii="Aptos" w:hAnsi="Aptos"/>
          <w:b/>
          <w:bCs/>
          <w:lang w:val="ro-RO"/>
        </w:rPr>
      </w:pPr>
      <w:r w:rsidRPr="00746C94">
        <w:rPr>
          <w:rFonts w:ascii="Aptos" w:hAnsi="Aptos"/>
          <w:b/>
          <w:bCs/>
          <w:color w:val="1E414A"/>
          <w:lang w:val="ro-RO"/>
        </w:rPr>
        <w:t>4.5. Evaluarea finală și raportarea</w:t>
      </w:r>
    </w:p>
    <w:p w14:paraId="2A831C4A" w14:textId="6BE270BD" w:rsidR="00725D26" w:rsidRPr="00746C94" w:rsidRDefault="00000000" w:rsidP="00746C94">
      <w:pPr>
        <w:pStyle w:val="NoSpacing"/>
        <w:numPr>
          <w:ilvl w:val="0"/>
          <w:numId w:val="14"/>
        </w:numPr>
        <w:jc w:val="both"/>
        <w:rPr>
          <w:rFonts w:ascii="Aptos" w:hAnsi="Aptos"/>
          <w:lang w:val="ro-RO"/>
        </w:rPr>
      </w:pPr>
      <w:r w:rsidRPr="00746C94">
        <w:rPr>
          <w:rFonts w:ascii="Aptos" w:hAnsi="Aptos"/>
          <w:lang w:val="ro-RO"/>
        </w:rPr>
        <w:t xml:space="preserve">Evaluarea situației fiecărei participante la finalul perioadei de sprijin și consemnarea progresului sau a </w:t>
      </w:r>
      <w:r w:rsidR="00D47D74">
        <w:rPr>
          <w:rFonts w:ascii="Aptos" w:hAnsi="Aptos"/>
          <w:lang w:val="ro-RO"/>
        </w:rPr>
        <w:t>rezultatelor obținute</w:t>
      </w:r>
      <w:r w:rsidRPr="00746C94">
        <w:rPr>
          <w:rFonts w:ascii="Aptos" w:hAnsi="Aptos"/>
          <w:lang w:val="ro-RO"/>
        </w:rPr>
        <w:t>.</w:t>
      </w:r>
    </w:p>
    <w:p w14:paraId="02E11409" w14:textId="1AD7B7D8" w:rsidR="00725D26" w:rsidRPr="00746C94" w:rsidRDefault="00000000" w:rsidP="00746C94">
      <w:pPr>
        <w:pStyle w:val="NoSpacing"/>
        <w:numPr>
          <w:ilvl w:val="0"/>
          <w:numId w:val="14"/>
        </w:numPr>
        <w:jc w:val="both"/>
        <w:rPr>
          <w:rFonts w:ascii="Aptos" w:hAnsi="Aptos"/>
          <w:lang w:val="ro-RO"/>
        </w:rPr>
      </w:pPr>
      <w:r w:rsidRPr="00746C94">
        <w:rPr>
          <w:rFonts w:ascii="Aptos" w:hAnsi="Aptos"/>
          <w:lang w:val="ro-RO"/>
        </w:rPr>
        <w:t xml:space="preserve">Menținerea contactului pentru verificarea ulterioară a progresului, </w:t>
      </w:r>
      <w:r w:rsidR="00D47D74">
        <w:rPr>
          <w:rFonts w:ascii="Aptos" w:hAnsi="Aptos"/>
          <w:lang w:val="ro-RO"/>
        </w:rPr>
        <w:t>conform</w:t>
      </w:r>
      <w:r w:rsidRPr="00746C94">
        <w:rPr>
          <w:rFonts w:ascii="Aptos" w:hAnsi="Aptos"/>
          <w:lang w:val="ro-RO"/>
        </w:rPr>
        <w:t xml:space="preserve"> calendarului proiectului.</w:t>
      </w:r>
    </w:p>
    <w:p w14:paraId="0FCA45E2" w14:textId="25E86631" w:rsidR="00725D26" w:rsidRPr="00746C94" w:rsidRDefault="00000000" w:rsidP="00746C94">
      <w:pPr>
        <w:pStyle w:val="NoSpacing"/>
        <w:numPr>
          <w:ilvl w:val="0"/>
          <w:numId w:val="14"/>
        </w:numPr>
        <w:jc w:val="both"/>
        <w:rPr>
          <w:rFonts w:ascii="Aptos" w:hAnsi="Aptos"/>
          <w:lang w:val="ro-RO"/>
        </w:rPr>
      </w:pPr>
      <w:r w:rsidRPr="00746C94">
        <w:rPr>
          <w:rFonts w:ascii="Aptos" w:hAnsi="Aptos"/>
          <w:lang w:val="ro-RO"/>
        </w:rPr>
        <w:t xml:space="preserve">Actualizarea datelor din evidența unică a proiectului. Fiecare participantă va avea un cod unic, iar activitățile și referirile vor fi asociate </w:t>
      </w:r>
      <w:r w:rsidR="00D47D74">
        <w:rPr>
          <w:rFonts w:ascii="Aptos" w:hAnsi="Aptos"/>
          <w:lang w:val="ro-RO"/>
        </w:rPr>
        <w:t>cu aceeași înregistrare</w:t>
      </w:r>
      <w:r w:rsidRPr="00746C94">
        <w:rPr>
          <w:rFonts w:ascii="Aptos" w:hAnsi="Aptos"/>
          <w:lang w:val="ro-RO"/>
        </w:rPr>
        <w:t>.</w:t>
      </w:r>
    </w:p>
    <w:p w14:paraId="5DE7B3D0" w14:textId="77777777" w:rsidR="00725D26" w:rsidRPr="00746C94" w:rsidRDefault="00000000" w:rsidP="00746C94">
      <w:pPr>
        <w:pStyle w:val="NoSpacing"/>
        <w:numPr>
          <w:ilvl w:val="0"/>
          <w:numId w:val="14"/>
        </w:numPr>
        <w:jc w:val="both"/>
        <w:rPr>
          <w:rFonts w:ascii="Aptos" w:hAnsi="Aptos"/>
          <w:lang w:val="ro-RO"/>
        </w:rPr>
      </w:pPr>
      <w:r w:rsidRPr="00746C94">
        <w:rPr>
          <w:rFonts w:ascii="Aptos" w:hAnsi="Aptos"/>
          <w:lang w:val="ro-RO"/>
        </w:rPr>
        <w:t>Întocmirea centralizatorului lunar al serviciilor finalizate și a sintezelor periodice privind recrutarea, colaborarea cu angajatorii și rezultatele obținute.</w:t>
      </w:r>
    </w:p>
    <w:p w14:paraId="1CEA12B3" w14:textId="77777777" w:rsidR="00725D26" w:rsidRPr="00746C94" w:rsidRDefault="00000000" w:rsidP="00746C94">
      <w:pPr>
        <w:pStyle w:val="NoSpacing"/>
        <w:jc w:val="both"/>
        <w:rPr>
          <w:rFonts w:ascii="Aptos" w:hAnsi="Aptos"/>
          <w:b/>
          <w:bCs/>
          <w:lang w:val="ro-RO"/>
        </w:rPr>
      </w:pPr>
      <w:r w:rsidRPr="00746C94">
        <w:rPr>
          <w:rFonts w:ascii="Aptos" w:hAnsi="Aptos"/>
          <w:b/>
          <w:bCs/>
          <w:lang w:val="ro-RO"/>
        </w:rPr>
        <w:t>5. Pachetul de servicii per participantă și volumul estimat</w:t>
      </w:r>
    </w:p>
    <w:p w14:paraId="5ADC123A" w14:textId="77777777" w:rsidR="00725D26" w:rsidRPr="00746C94" w:rsidRDefault="00000000" w:rsidP="00746C94">
      <w:pPr>
        <w:pStyle w:val="NoSpacing"/>
        <w:jc w:val="both"/>
        <w:rPr>
          <w:rFonts w:ascii="Aptos" w:hAnsi="Aptos"/>
          <w:lang w:val="ro-RO"/>
        </w:rPr>
      </w:pPr>
      <w:r w:rsidRPr="00746C94">
        <w:rPr>
          <w:rFonts w:ascii="Aptos" w:hAnsi="Aptos"/>
          <w:lang w:val="ro-RO"/>
        </w:rPr>
        <w:t>Serviciile vor fi contractate și remunerate pe baza unui pachet complet de sprijin acordat unei participante. Pachetul include serviciile individuale descrise la punctele 4.1–4.5, precum și activitățile comune de recrutare, colaborare cu angajatorii, organizare a grupurilor și raportare.</w:t>
      </w:r>
    </w:p>
    <w:p w14:paraId="47B4138F" w14:textId="779E9D7A" w:rsidR="00725D26" w:rsidRPr="00746C94" w:rsidRDefault="00000000" w:rsidP="00746C94">
      <w:pPr>
        <w:pStyle w:val="NoSpacing"/>
        <w:jc w:val="both"/>
        <w:rPr>
          <w:rFonts w:ascii="Aptos" w:hAnsi="Aptos"/>
          <w:lang w:val="ro-RO"/>
        </w:rPr>
      </w:pPr>
      <w:r w:rsidRPr="00746C94">
        <w:rPr>
          <w:rFonts w:ascii="Aptos" w:hAnsi="Aptos"/>
          <w:lang w:val="ro-RO"/>
        </w:rPr>
        <w:t xml:space="preserve">Pentru estimarea volumului de muncă se ia în calcul o medie orientativă de 8,5 ore per participantă: aproximativ </w:t>
      </w:r>
      <w:r w:rsidR="00D47D74">
        <w:rPr>
          <w:rFonts w:ascii="Aptos" w:hAnsi="Aptos"/>
          <w:lang w:val="ro-RO"/>
        </w:rPr>
        <w:t>7</w:t>
      </w:r>
      <w:r w:rsidRPr="00746C94">
        <w:rPr>
          <w:rFonts w:ascii="Aptos" w:hAnsi="Aptos"/>
          <w:lang w:val="ro-RO"/>
        </w:rPr>
        <w:t xml:space="preserve"> ore pentru sprijinul individual și 1,5 ore pentru activitățile comune. Durata efectivă a intervențiilor poate varia în funcție de necesitățile participantei. Plata se stabilește pentru pachetul de servicii, conform etapelor recepționate, și nu în funcție de numărul de ore lucrate.</w:t>
      </w:r>
    </w:p>
    <w:p w14:paraId="625F42A4" w14:textId="77777777" w:rsidR="00725D26" w:rsidRPr="00746C94" w:rsidRDefault="00000000" w:rsidP="00746C94">
      <w:pPr>
        <w:pStyle w:val="NoSpacing"/>
        <w:jc w:val="both"/>
        <w:rPr>
          <w:rFonts w:ascii="Aptos" w:hAnsi="Aptos"/>
          <w:lang w:val="ro-RO"/>
        </w:rPr>
      </w:pPr>
      <w:r w:rsidRPr="00746C94">
        <w:rPr>
          <w:rFonts w:ascii="Aptos" w:hAnsi="Aptos"/>
          <w:lang w:val="ro-RO"/>
        </w:rPr>
        <w:t>Serviciile individuale se adaptează traseului ales de participantă. Evaluarea inițială, planul de acțiune, revizuirea progresului și evaluarea finală sunt componente ale fiecărui parcurs. Sprijinul pentru pregătirea CV-ului, candidaturi, interviuri, formare profesională sau activitate independentă se acordă potrivit planului individual.</w:t>
      </w:r>
    </w:p>
    <w:p w14:paraId="7B8C8AC8" w14:textId="77777777" w:rsidR="00725D26" w:rsidRPr="00746C94" w:rsidRDefault="00000000" w:rsidP="00746C94">
      <w:pPr>
        <w:pStyle w:val="NoSpacing"/>
        <w:jc w:val="both"/>
        <w:rPr>
          <w:rFonts w:ascii="Aptos" w:hAnsi="Aptos"/>
          <w:b/>
          <w:bCs/>
          <w:lang w:val="ro-RO"/>
        </w:rPr>
      </w:pPr>
      <w:r w:rsidRPr="00746C94">
        <w:rPr>
          <w:rFonts w:ascii="Aptos" w:hAnsi="Aptos"/>
          <w:b/>
          <w:bCs/>
          <w:lang w:val="ro-RO"/>
        </w:rPr>
        <w:t>6. Livrabile, recepția serviciilor și calculul plății</w:t>
      </w:r>
    </w:p>
    <w:p w14:paraId="59B50880" w14:textId="77777777" w:rsidR="00725D26" w:rsidRPr="00746C94" w:rsidRDefault="00000000" w:rsidP="00746C94">
      <w:pPr>
        <w:pStyle w:val="NoSpacing"/>
        <w:jc w:val="both"/>
        <w:rPr>
          <w:rFonts w:ascii="Aptos" w:hAnsi="Aptos"/>
          <w:lang w:val="ro-RO"/>
        </w:rPr>
      </w:pPr>
      <w:r w:rsidRPr="00746C94">
        <w:rPr>
          <w:rFonts w:ascii="Aptos" w:hAnsi="Aptos"/>
          <w:lang w:val="ro-RO"/>
        </w:rPr>
        <w:t>Pachetul de servicii se recepționează în trei etape, pe baza activităților înregistrate în sistemul de evidență și a documentelor care confirmă realizarea acestora:</w:t>
      </w:r>
    </w:p>
    <w:tbl>
      <w:tblPr>
        <w:tblStyle w:val="TableGrid"/>
        <w:tblW w:w="0" w:type="auto"/>
        <w:tblInd w:w="108" w:type="dxa"/>
        <w:tblLayout w:type="fixed"/>
        <w:tblLook w:val="04A0" w:firstRow="1" w:lastRow="0" w:firstColumn="1" w:lastColumn="0" w:noHBand="0" w:noVBand="1"/>
      </w:tblPr>
      <w:tblGrid>
        <w:gridCol w:w="1980"/>
        <w:gridCol w:w="5580"/>
        <w:gridCol w:w="1857"/>
      </w:tblGrid>
      <w:tr w:rsidR="00725D26" w:rsidRPr="00D47D74" w14:paraId="5328434F" w14:textId="77777777" w:rsidTr="00D54B3B">
        <w:tc>
          <w:tcPr>
            <w:tcW w:w="1980" w:type="dxa"/>
          </w:tcPr>
          <w:p w14:paraId="1113FB6E" w14:textId="77777777" w:rsidR="00725D26" w:rsidRPr="00D47D74" w:rsidRDefault="00000000" w:rsidP="00746C94">
            <w:pPr>
              <w:pStyle w:val="NoSpacing"/>
              <w:jc w:val="both"/>
              <w:rPr>
                <w:rFonts w:ascii="Aptos" w:hAnsi="Aptos"/>
                <w:b/>
                <w:bCs/>
                <w:lang w:val="ro-RO"/>
              </w:rPr>
            </w:pPr>
            <w:r w:rsidRPr="00D47D74">
              <w:rPr>
                <w:rFonts w:ascii="Aptos" w:hAnsi="Aptos"/>
                <w:b/>
                <w:bCs/>
                <w:lang w:val="ro-RO"/>
              </w:rPr>
              <w:t>Etapa</w:t>
            </w:r>
          </w:p>
        </w:tc>
        <w:tc>
          <w:tcPr>
            <w:tcW w:w="5580" w:type="dxa"/>
          </w:tcPr>
          <w:p w14:paraId="46A17823" w14:textId="77777777" w:rsidR="00725D26" w:rsidRPr="00D47D74" w:rsidRDefault="00000000" w:rsidP="00746C94">
            <w:pPr>
              <w:pStyle w:val="NoSpacing"/>
              <w:jc w:val="both"/>
              <w:rPr>
                <w:rFonts w:ascii="Aptos" w:hAnsi="Aptos"/>
                <w:b/>
                <w:bCs/>
                <w:lang w:val="ro-RO"/>
              </w:rPr>
            </w:pPr>
            <w:r w:rsidRPr="00D47D74">
              <w:rPr>
                <w:rFonts w:ascii="Aptos" w:hAnsi="Aptos"/>
                <w:b/>
                <w:bCs/>
                <w:lang w:val="ro-RO"/>
              </w:rPr>
              <w:t>Serviciile recepționate și documentele de verificare</w:t>
            </w:r>
          </w:p>
        </w:tc>
        <w:tc>
          <w:tcPr>
            <w:tcW w:w="1857" w:type="dxa"/>
          </w:tcPr>
          <w:p w14:paraId="3B8AB400" w14:textId="77777777" w:rsidR="00725D26" w:rsidRPr="00D47D74" w:rsidRDefault="00000000" w:rsidP="00746C94">
            <w:pPr>
              <w:pStyle w:val="NoSpacing"/>
              <w:jc w:val="both"/>
              <w:rPr>
                <w:rFonts w:ascii="Aptos" w:hAnsi="Aptos"/>
                <w:b/>
                <w:bCs/>
                <w:lang w:val="ro-RO"/>
              </w:rPr>
            </w:pPr>
            <w:r w:rsidRPr="00D47D74">
              <w:rPr>
                <w:rFonts w:ascii="Aptos" w:hAnsi="Aptos"/>
                <w:b/>
                <w:bCs/>
                <w:lang w:val="ro-RO"/>
              </w:rPr>
              <w:t>Ponderea prețului unitar</w:t>
            </w:r>
          </w:p>
        </w:tc>
      </w:tr>
      <w:tr w:rsidR="00725D26" w:rsidRPr="00D47D74" w14:paraId="674DB629" w14:textId="77777777" w:rsidTr="00D54B3B">
        <w:tc>
          <w:tcPr>
            <w:tcW w:w="1980" w:type="dxa"/>
          </w:tcPr>
          <w:p w14:paraId="4AAB0956" w14:textId="77777777" w:rsidR="00725D26" w:rsidRPr="00D47D74" w:rsidRDefault="00000000" w:rsidP="00D54B3B">
            <w:pPr>
              <w:pStyle w:val="NoSpacing"/>
              <w:rPr>
                <w:rFonts w:ascii="Aptos" w:hAnsi="Aptos"/>
                <w:lang w:val="ro-RO"/>
              </w:rPr>
            </w:pPr>
            <w:r w:rsidRPr="00D47D74">
              <w:rPr>
                <w:rFonts w:ascii="Aptos" w:hAnsi="Aptos"/>
                <w:lang w:val="ro-RO"/>
              </w:rPr>
              <w:t xml:space="preserve">E1. Înscriere și </w:t>
            </w:r>
            <w:r w:rsidRPr="00D47D74">
              <w:rPr>
                <w:rFonts w:ascii="Aptos" w:hAnsi="Aptos"/>
                <w:lang w:val="ro-RO"/>
              </w:rPr>
              <w:lastRenderedPageBreak/>
              <w:t>planificare</w:t>
            </w:r>
          </w:p>
        </w:tc>
        <w:tc>
          <w:tcPr>
            <w:tcW w:w="5580" w:type="dxa"/>
          </w:tcPr>
          <w:p w14:paraId="1E9207B4" w14:textId="537AC3F6" w:rsidR="00725D26" w:rsidRPr="00D47D74" w:rsidRDefault="000156CF" w:rsidP="00746C94">
            <w:pPr>
              <w:pStyle w:val="NoSpacing"/>
              <w:jc w:val="both"/>
              <w:rPr>
                <w:rFonts w:ascii="Aptos" w:hAnsi="Aptos"/>
                <w:lang w:val="ro-RO"/>
              </w:rPr>
            </w:pPr>
            <w:r>
              <w:rPr>
                <w:rFonts w:ascii="Aptos" w:hAnsi="Aptos"/>
                <w:lang w:val="ro-RO"/>
              </w:rPr>
              <w:lastRenderedPageBreak/>
              <w:t xml:space="preserve">Înscrierea și eligibilitatea confirmate; evaluarea inițială </w:t>
            </w:r>
            <w:r>
              <w:rPr>
                <w:rFonts w:ascii="Aptos" w:hAnsi="Aptos"/>
                <w:lang w:val="ro-RO"/>
              </w:rPr>
              <w:lastRenderedPageBreak/>
              <w:t>realizată; planul</w:t>
            </w:r>
            <w:r w:rsidRPr="00D47D74">
              <w:rPr>
                <w:rFonts w:ascii="Aptos" w:hAnsi="Aptos"/>
                <w:lang w:val="ro-RO"/>
              </w:rPr>
              <w:t xml:space="preserve"> individual de acțiune elaborat și agreat cu participanta.</w:t>
            </w:r>
          </w:p>
        </w:tc>
        <w:tc>
          <w:tcPr>
            <w:tcW w:w="1857" w:type="dxa"/>
          </w:tcPr>
          <w:p w14:paraId="633E4799" w14:textId="77777777" w:rsidR="00725D26" w:rsidRPr="00D47D74" w:rsidRDefault="00000000" w:rsidP="00746C94">
            <w:pPr>
              <w:pStyle w:val="NoSpacing"/>
              <w:jc w:val="both"/>
              <w:rPr>
                <w:rFonts w:ascii="Aptos" w:hAnsi="Aptos"/>
                <w:lang w:val="ro-RO"/>
              </w:rPr>
            </w:pPr>
            <w:r w:rsidRPr="00D47D74">
              <w:rPr>
                <w:rFonts w:ascii="Aptos" w:hAnsi="Aptos"/>
                <w:lang w:val="ro-RO"/>
              </w:rPr>
              <w:lastRenderedPageBreak/>
              <w:t>35%</w:t>
            </w:r>
          </w:p>
        </w:tc>
      </w:tr>
      <w:tr w:rsidR="00725D26" w:rsidRPr="00D47D74" w14:paraId="29C397E2" w14:textId="77777777" w:rsidTr="00D54B3B">
        <w:tc>
          <w:tcPr>
            <w:tcW w:w="1980" w:type="dxa"/>
          </w:tcPr>
          <w:p w14:paraId="2B522D38" w14:textId="77777777" w:rsidR="00725D26" w:rsidRPr="00D47D74" w:rsidRDefault="00000000" w:rsidP="00D54B3B">
            <w:pPr>
              <w:pStyle w:val="NoSpacing"/>
              <w:rPr>
                <w:rFonts w:ascii="Aptos" w:hAnsi="Aptos"/>
                <w:lang w:val="ro-RO"/>
              </w:rPr>
            </w:pPr>
            <w:r w:rsidRPr="00D47D74">
              <w:rPr>
                <w:rFonts w:ascii="Aptos" w:hAnsi="Aptos"/>
                <w:lang w:val="ro-RO"/>
              </w:rPr>
              <w:t>E2. Ghidare și progres</w:t>
            </w:r>
          </w:p>
        </w:tc>
        <w:tc>
          <w:tcPr>
            <w:tcW w:w="5580" w:type="dxa"/>
          </w:tcPr>
          <w:p w14:paraId="0A9D8D85" w14:textId="77777777" w:rsidR="00725D26" w:rsidRPr="00D47D74" w:rsidRDefault="00000000" w:rsidP="00746C94">
            <w:pPr>
              <w:pStyle w:val="NoSpacing"/>
              <w:jc w:val="both"/>
              <w:rPr>
                <w:rFonts w:ascii="Aptos" w:hAnsi="Aptos"/>
                <w:lang w:val="ro-RO"/>
              </w:rPr>
            </w:pPr>
            <w:r w:rsidRPr="00D47D74">
              <w:rPr>
                <w:rFonts w:ascii="Aptos" w:hAnsi="Aptos"/>
                <w:lang w:val="ro-RO"/>
              </w:rPr>
              <w:t>Cel puțin o intervenție individuală de sprijin realizată potrivit planului; revizuire intermediară efectuată; acțiunile de orientare, referire sau contact cu angajatorii documentate, după caz.</w:t>
            </w:r>
          </w:p>
        </w:tc>
        <w:tc>
          <w:tcPr>
            <w:tcW w:w="1857" w:type="dxa"/>
          </w:tcPr>
          <w:p w14:paraId="594AE86E" w14:textId="77777777" w:rsidR="00725D26" w:rsidRPr="00D47D74" w:rsidRDefault="00000000" w:rsidP="00746C94">
            <w:pPr>
              <w:pStyle w:val="NoSpacing"/>
              <w:jc w:val="both"/>
              <w:rPr>
                <w:rFonts w:ascii="Aptos" w:hAnsi="Aptos"/>
                <w:lang w:val="ro-RO"/>
              </w:rPr>
            </w:pPr>
            <w:r w:rsidRPr="00D47D74">
              <w:rPr>
                <w:rFonts w:ascii="Aptos" w:hAnsi="Aptos"/>
                <w:lang w:val="ro-RO"/>
              </w:rPr>
              <w:t>40%</w:t>
            </w:r>
          </w:p>
        </w:tc>
      </w:tr>
      <w:tr w:rsidR="00725D26" w:rsidRPr="00D47D74" w14:paraId="3A0327E9" w14:textId="77777777" w:rsidTr="00D54B3B">
        <w:tc>
          <w:tcPr>
            <w:tcW w:w="1980" w:type="dxa"/>
          </w:tcPr>
          <w:p w14:paraId="4FA67D5C" w14:textId="77777777" w:rsidR="00725D26" w:rsidRPr="00D47D74" w:rsidRDefault="00000000" w:rsidP="00D54B3B">
            <w:pPr>
              <w:pStyle w:val="NoSpacing"/>
              <w:rPr>
                <w:rFonts w:ascii="Aptos" w:hAnsi="Aptos"/>
                <w:lang w:val="ro-RO"/>
              </w:rPr>
            </w:pPr>
            <w:r w:rsidRPr="00D47D74">
              <w:rPr>
                <w:rFonts w:ascii="Aptos" w:hAnsi="Aptos"/>
                <w:lang w:val="ro-RO"/>
              </w:rPr>
              <w:t>E3. Evaluarea finală</w:t>
            </w:r>
          </w:p>
        </w:tc>
        <w:tc>
          <w:tcPr>
            <w:tcW w:w="5580" w:type="dxa"/>
          </w:tcPr>
          <w:p w14:paraId="41241E78" w14:textId="77777777" w:rsidR="00725D26" w:rsidRPr="00D47D74" w:rsidRDefault="00000000" w:rsidP="00746C94">
            <w:pPr>
              <w:pStyle w:val="NoSpacing"/>
              <w:jc w:val="both"/>
              <w:rPr>
                <w:rFonts w:ascii="Aptos" w:hAnsi="Aptos"/>
                <w:lang w:val="ro-RO"/>
              </w:rPr>
            </w:pPr>
            <w:r w:rsidRPr="00D47D74">
              <w:rPr>
                <w:rFonts w:ascii="Aptos" w:hAnsi="Aptos"/>
                <w:lang w:val="ro-RO"/>
              </w:rPr>
              <w:t>Evaluare finală realizată; progresul și situația participantei consemnate; baza de date actualizată și documentele justificative încărcate sau arhivate conform procedurilor proiectului.</w:t>
            </w:r>
          </w:p>
        </w:tc>
        <w:tc>
          <w:tcPr>
            <w:tcW w:w="1857" w:type="dxa"/>
          </w:tcPr>
          <w:p w14:paraId="21B1B896" w14:textId="77777777" w:rsidR="00725D26" w:rsidRPr="00D47D74" w:rsidRDefault="00000000" w:rsidP="00746C94">
            <w:pPr>
              <w:pStyle w:val="NoSpacing"/>
              <w:jc w:val="both"/>
              <w:rPr>
                <w:rFonts w:ascii="Aptos" w:hAnsi="Aptos"/>
                <w:lang w:val="ro-RO"/>
              </w:rPr>
            </w:pPr>
            <w:r w:rsidRPr="00D47D74">
              <w:rPr>
                <w:rFonts w:ascii="Aptos" w:hAnsi="Aptos"/>
                <w:lang w:val="ro-RO"/>
              </w:rPr>
              <w:t>25%</w:t>
            </w:r>
          </w:p>
        </w:tc>
      </w:tr>
    </w:tbl>
    <w:p w14:paraId="261EF22F" w14:textId="77777777" w:rsidR="00725D26" w:rsidRPr="00746C94" w:rsidRDefault="00725D26" w:rsidP="00746C94">
      <w:pPr>
        <w:pStyle w:val="NoSpacing"/>
        <w:jc w:val="both"/>
        <w:rPr>
          <w:rFonts w:ascii="Aptos" w:hAnsi="Aptos"/>
          <w:lang w:val="ro-RO"/>
        </w:rPr>
      </w:pPr>
    </w:p>
    <w:p w14:paraId="0C3DB511" w14:textId="77777777" w:rsidR="00725D26" w:rsidRPr="00746C94" w:rsidRDefault="00000000" w:rsidP="00746C94">
      <w:pPr>
        <w:pStyle w:val="NoSpacing"/>
        <w:jc w:val="both"/>
        <w:rPr>
          <w:rFonts w:ascii="Aptos" w:hAnsi="Aptos"/>
          <w:lang w:val="ro-RO"/>
        </w:rPr>
      </w:pPr>
      <w:r w:rsidRPr="00746C94">
        <w:rPr>
          <w:rFonts w:ascii="Aptos" w:hAnsi="Aptos"/>
          <w:lang w:val="ro-RO"/>
        </w:rPr>
        <w:t>Prețul unitar include și activitățile comune: recrutarea în comunități, colaborarea cu angajatorii, întâlnirile organizate pentru cele nouă grupuri, pregătirea profilurilor profesionale și raportarea. Realizarea acestora va fi confirmată prin documentele de activitate corespunzătoare.</w:t>
      </w:r>
    </w:p>
    <w:p w14:paraId="3658054C" w14:textId="77777777" w:rsidR="00725D26" w:rsidRPr="00746C94" w:rsidRDefault="00000000" w:rsidP="00746C94">
      <w:pPr>
        <w:pStyle w:val="NoSpacing"/>
        <w:jc w:val="both"/>
        <w:rPr>
          <w:rFonts w:ascii="Aptos" w:hAnsi="Aptos"/>
          <w:lang w:val="ro-RO"/>
        </w:rPr>
      </w:pPr>
      <w:r w:rsidRPr="00746C94">
        <w:rPr>
          <w:rFonts w:ascii="Aptos" w:hAnsi="Aptos"/>
          <w:lang w:val="ro-RO"/>
        </w:rPr>
        <w:t>Lunar, prestatorul va prezenta un centralizator al etapelor E1, E2 și E3 finalizate pentru fiecare participantă. Plata se calculează pe baza numărului de etape recepționate în luna de raportare:</w:t>
      </w:r>
    </w:p>
    <w:p w14:paraId="69D01052" w14:textId="77777777" w:rsidR="00725D26" w:rsidRPr="00746C94" w:rsidRDefault="00000000" w:rsidP="00746C94">
      <w:pPr>
        <w:pStyle w:val="NoSpacing"/>
        <w:jc w:val="both"/>
        <w:rPr>
          <w:rFonts w:ascii="Aptos" w:hAnsi="Aptos"/>
          <w:lang w:val="ro-RO"/>
        </w:rPr>
      </w:pPr>
      <w:r w:rsidRPr="00746C94">
        <w:rPr>
          <w:rFonts w:ascii="Aptos" w:hAnsi="Aptos"/>
          <w:lang w:val="ro-RO"/>
        </w:rPr>
        <w:t>Valoarea lunară = prețul unitar contractat × [(număr E1 × 35%) + (număr E2 × 40%) + (număr E3 × 25%)].</w:t>
      </w:r>
    </w:p>
    <w:p w14:paraId="11C43112" w14:textId="2E3E7B82" w:rsidR="00725D26" w:rsidRPr="00746C94" w:rsidRDefault="00000000" w:rsidP="00746C94">
      <w:pPr>
        <w:pStyle w:val="NoSpacing"/>
        <w:jc w:val="both"/>
        <w:rPr>
          <w:rFonts w:ascii="Aptos" w:hAnsi="Aptos"/>
          <w:lang w:val="ro-RO"/>
        </w:rPr>
      </w:pPr>
      <w:r w:rsidRPr="00746C94">
        <w:rPr>
          <w:rFonts w:ascii="Aptos" w:hAnsi="Aptos"/>
          <w:lang w:val="ro-RO"/>
        </w:rPr>
        <w:t>Plata serviciilor se bazează pe realizarea și recepția activităților prevăzute în contract.</w:t>
      </w:r>
    </w:p>
    <w:p w14:paraId="2E9B278D" w14:textId="77777777" w:rsidR="00725D26" w:rsidRPr="00D47D74" w:rsidRDefault="00000000" w:rsidP="00746C94">
      <w:pPr>
        <w:pStyle w:val="NoSpacing"/>
        <w:jc w:val="both"/>
        <w:rPr>
          <w:rFonts w:ascii="Aptos" w:hAnsi="Aptos"/>
          <w:b/>
          <w:bCs/>
          <w:lang w:val="ro-RO"/>
        </w:rPr>
      </w:pPr>
      <w:r w:rsidRPr="00D47D74">
        <w:rPr>
          <w:rFonts w:ascii="Aptos" w:hAnsi="Aptos"/>
          <w:b/>
          <w:bCs/>
          <w:lang w:val="ro-RO"/>
        </w:rPr>
        <w:t>7. Oferta financiară și regimul fiscal</w:t>
      </w:r>
    </w:p>
    <w:p w14:paraId="3E4045BE" w14:textId="19A05C22" w:rsidR="00725D26" w:rsidRPr="00746C94" w:rsidRDefault="00000000" w:rsidP="00746C94">
      <w:pPr>
        <w:pStyle w:val="NoSpacing"/>
        <w:jc w:val="both"/>
        <w:rPr>
          <w:rFonts w:ascii="Aptos" w:hAnsi="Aptos"/>
          <w:lang w:val="ro-RO"/>
        </w:rPr>
      </w:pPr>
      <w:r w:rsidRPr="00746C94">
        <w:rPr>
          <w:rFonts w:ascii="Aptos" w:hAnsi="Aptos"/>
          <w:lang w:val="ro-RO"/>
        </w:rPr>
        <w:t xml:space="preserve">Ofertantul va indica în Anexa 1 prețul propus pentru pachetul complet de servicii acordat unei participante. Valoarea totală a ofertei se calculează pentru un volum estimat de 170 de </w:t>
      </w:r>
      <w:r w:rsidR="00D47D74">
        <w:rPr>
          <w:rFonts w:ascii="Aptos" w:hAnsi="Aptos"/>
          <w:lang w:val="ro-RO"/>
        </w:rPr>
        <w:t>participanți</w:t>
      </w:r>
      <w:r w:rsidRPr="00746C94">
        <w:rPr>
          <w:rFonts w:ascii="Aptos" w:hAnsi="Aptos"/>
          <w:lang w:val="ro-RO"/>
        </w:rPr>
        <w:t>. Prețurile vor fi exprimate în lei moldovenești.</w:t>
      </w:r>
      <w:r w:rsidR="00D47D74">
        <w:rPr>
          <w:rFonts w:ascii="Aptos" w:hAnsi="Aptos"/>
          <w:lang w:val="ro-RO"/>
        </w:rPr>
        <w:t xml:space="preserve"> </w:t>
      </w:r>
      <w:r w:rsidRPr="00746C94">
        <w:rPr>
          <w:rFonts w:ascii="Aptos" w:hAnsi="Aptos"/>
          <w:lang w:val="ro-RO"/>
        </w:rPr>
        <w:t>Prețul ofertat va include remunerația pentru serviciile solicitate, toate impozitele și contribuțiile obligatorii aplicabile, în cazul contractării unei persoane fizice.</w:t>
      </w:r>
    </w:p>
    <w:p w14:paraId="6AEED981" w14:textId="635EC69A" w:rsidR="00725D26" w:rsidRPr="00746C94" w:rsidRDefault="00000000" w:rsidP="00D47D74">
      <w:pPr>
        <w:pStyle w:val="NoSpacing"/>
        <w:jc w:val="both"/>
        <w:rPr>
          <w:rFonts w:ascii="Aptos" w:hAnsi="Aptos"/>
          <w:lang w:val="ro-RO"/>
        </w:rPr>
      </w:pPr>
      <w:r w:rsidRPr="00746C94">
        <w:rPr>
          <w:rFonts w:ascii="Aptos" w:hAnsi="Aptos"/>
          <w:lang w:val="ro-RO"/>
        </w:rPr>
        <w:t>Prestarea serviciilor în baza patentei de întreprinzător nu este acceptată.</w:t>
      </w:r>
    </w:p>
    <w:p w14:paraId="681B2305" w14:textId="77777777" w:rsidR="00725D26" w:rsidRPr="00D47D74" w:rsidRDefault="00000000" w:rsidP="00746C94">
      <w:pPr>
        <w:pStyle w:val="NoSpacing"/>
        <w:jc w:val="both"/>
        <w:rPr>
          <w:rFonts w:ascii="Aptos" w:hAnsi="Aptos"/>
          <w:b/>
          <w:bCs/>
          <w:lang w:val="ro-RO"/>
        </w:rPr>
      </w:pPr>
      <w:r w:rsidRPr="00D47D74">
        <w:rPr>
          <w:rFonts w:ascii="Aptos" w:hAnsi="Aptos"/>
          <w:b/>
          <w:bCs/>
          <w:lang w:val="ro-RO"/>
        </w:rPr>
        <w:t>8. Cerințe de calificare</w:t>
      </w:r>
    </w:p>
    <w:p w14:paraId="741B6C14" w14:textId="77777777" w:rsidR="00725D26" w:rsidRPr="00D47D74" w:rsidRDefault="00000000" w:rsidP="00746C94">
      <w:pPr>
        <w:pStyle w:val="NoSpacing"/>
        <w:jc w:val="both"/>
        <w:rPr>
          <w:rFonts w:ascii="Aptos" w:hAnsi="Aptos"/>
          <w:b/>
          <w:bCs/>
          <w:lang w:val="ro-RO"/>
        </w:rPr>
      </w:pPr>
      <w:r w:rsidRPr="00D47D74">
        <w:rPr>
          <w:rFonts w:ascii="Aptos" w:hAnsi="Aptos"/>
          <w:b/>
          <w:bCs/>
          <w:color w:val="1E414A"/>
          <w:lang w:val="ro-RO"/>
        </w:rPr>
        <w:t>Cerințe minime</w:t>
      </w:r>
    </w:p>
    <w:p w14:paraId="5B0E1F5E" w14:textId="77777777" w:rsidR="00725D26" w:rsidRPr="00746C94" w:rsidRDefault="00000000" w:rsidP="00D47D74">
      <w:pPr>
        <w:pStyle w:val="NoSpacing"/>
        <w:numPr>
          <w:ilvl w:val="0"/>
          <w:numId w:val="15"/>
        </w:numPr>
        <w:jc w:val="both"/>
        <w:rPr>
          <w:rFonts w:ascii="Aptos" w:hAnsi="Aptos"/>
          <w:lang w:val="ro-RO"/>
        </w:rPr>
      </w:pPr>
      <w:r w:rsidRPr="00746C94">
        <w:rPr>
          <w:rFonts w:ascii="Aptos" w:hAnsi="Aptos"/>
          <w:lang w:val="ro-RO"/>
        </w:rPr>
        <w:t>Studii superioare sau studii de specialitate într-un domeniu relevant pentru serviciile solicitate, precum asistență socială, psihologie, pedagogie, resurse umane, economie sau administrație publică.</w:t>
      </w:r>
    </w:p>
    <w:p w14:paraId="47D64CC3" w14:textId="3430B71A" w:rsidR="00725D26" w:rsidRPr="00746C94" w:rsidRDefault="00000000" w:rsidP="00D47D74">
      <w:pPr>
        <w:pStyle w:val="NoSpacing"/>
        <w:numPr>
          <w:ilvl w:val="0"/>
          <w:numId w:val="15"/>
        </w:numPr>
        <w:jc w:val="both"/>
        <w:rPr>
          <w:rFonts w:ascii="Aptos" w:hAnsi="Aptos"/>
          <w:lang w:val="ro-RO"/>
        </w:rPr>
      </w:pPr>
      <w:r w:rsidRPr="00746C94">
        <w:rPr>
          <w:rFonts w:ascii="Aptos" w:hAnsi="Aptos"/>
          <w:lang w:val="ro-RO"/>
        </w:rPr>
        <w:t xml:space="preserve">Cel puțin </w:t>
      </w:r>
      <w:r w:rsidR="00D47D74">
        <w:rPr>
          <w:rFonts w:ascii="Aptos" w:hAnsi="Aptos"/>
          <w:lang w:val="ro-RO"/>
        </w:rPr>
        <w:t>2</w:t>
      </w:r>
      <w:r w:rsidRPr="00746C94">
        <w:rPr>
          <w:rFonts w:ascii="Aptos" w:hAnsi="Aptos"/>
          <w:lang w:val="ro-RO"/>
        </w:rPr>
        <w:t xml:space="preserve"> ani de experiență în lucrul direct cu beneficiari, recrutare, consiliere, orientare profesională, servicii sociale sau proiecte de incluziune </w:t>
      </w:r>
      <w:proofErr w:type="spellStart"/>
      <w:r w:rsidRPr="00746C94">
        <w:rPr>
          <w:rFonts w:ascii="Aptos" w:hAnsi="Aptos"/>
          <w:lang w:val="ro-RO"/>
        </w:rPr>
        <w:t>socio</w:t>
      </w:r>
      <w:proofErr w:type="spellEnd"/>
      <w:r w:rsidRPr="00746C94">
        <w:rPr>
          <w:rFonts w:ascii="Aptos" w:hAnsi="Aptos"/>
          <w:lang w:val="ro-RO"/>
        </w:rPr>
        <w:t>-economică.</w:t>
      </w:r>
    </w:p>
    <w:p w14:paraId="034BB919" w14:textId="77777777" w:rsidR="00725D26" w:rsidRPr="00746C94" w:rsidRDefault="00000000" w:rsidP="00D47D74">
      <w:pPr>
        <w:pStyle w:val="NoSpacing"/>
        <w:numPr>
          <w:ilvl w:val="0"/>
          <w:numId w:val="15"/>
        </w:numPr>
        <w:jc w:val="both"/>
        <w:rPr>
          <w:rFonts w:ascii="Aptos" w:hAnsi="Aptos"/>
          <w:lang w:val="ro-RO"/>
        </w:rPr>
      </w:pPr>
      <w:r w:rsidRPr="00746C94">
        <w:rPr>
          <w:rFonts w:ascii="Aptos" w:hAnsi="Aptos"/>
          <w:lang w:val="ro-RO"/>
        </w:rPr>
        <w:t>Capacitatea de a comunica și de a oferi sprijin individual persoanelor din grupuri vulnerabile, de a planifica activități și de a colabora cu angajatori, instituții și parteneri comunitari.</w:t>
      </w:r>
    </w:p>
    <w:p w14:paraId="0B08A8E9" w14:textId="77777777" w:rsidR="00725D26" w:rsidRPr="00746C94" w:rsidRDefault="00000000" w:rsidP="00D47D74">
      <w:pPr>
        <w:pStyle w:val="NoSpacing"/>
        <w:numPr>
          <w:ilvl w:val="0"/>
          <w:numId w:val="15"/>
        </w:numPr>
        <w:jc w:val="both"/>
        <w:rPr>
          <w:rFonts w:ascii="Aptos" w:hAnsi="Aptos"/>
          <w:lang w:val="ro-RO"/>
        </w:rPr>
      </w:pPr>
      <w:r w:rsidRPr="00746C94">
        <w:rPr>
          <w:rFonts w:ascii="Aptos" w:hAnsi="Aptos"/>
          <w:lang w:val="ro-RO"/>
        </w:rPr>
        <w:t xml:space="preserve">Competențe de utilizare a instrumentelor digitale pentru evidența și monitorizarea beneficiarilor, precum Google </w:t>
      </w:r>
      <w:proofErr w:type="spellStart"/>
      <w:r w:rsidRPr="00746C94">
        <w:rPr>
          <w:rFonts w:ascii="Aptos" w:hAnsi="Aptos"/>
          <w:lang w:val="ro-RO"/>
        </w:rPr>
        <w:t>Forms</w:t>
      </w:r>
      <w:proofErr w:type="spellEnd"/>
      <w:r w:rsidRPr="00746C94">
        <w:rPr>
          <w:rFonts w:ascii="Aptos" w:hAnsi="Aptos"/>
          <w:lang w:val="ro-RO"/>
        </w:rPr>
        <w:t xml:space="preserve">, Google </w:t>
      </w:r>
      <w:proofErr w:type="spellStart"/>
      <w:r w:rsidRPr="00746C94">
        <w:rPr>
          <w:rFonts w:ascii="Aptos" w:hAnsi="Aptos"/>
          <w:lang w:val="ro-RO"/>
        </w:rPr>
        <w:t>Sheets</w:t>
      </w:r>
      <w:proofErr w:type="spellEnd"/>
      <w:r w:rsidRPr="00746C94">
        <w:rPr>
          <w:rFonts w:ascii="Aptos" w:hAnsi="Aptos"/>
          <w:lang w:val="ro-RO"/>
        </w:rPr>
        <w:t xml:space="preserve"> sau aplicații similare.</w:t>
      </w:r>
    </w:p>
    <w:p w14:paraId="6644A84B" w14:textId="77777777" w:rsidR="00725D26" w:rsidRPr="00746C94" w:rsidRDefault="00000000" w:rsidP="00D47D74">
      <w:pPr>
        <w:pStyle w:val="NoSpacing"/>
        <w:numPr>
          <w:ilvl w:val="0"/>
          <w:numId w:val="15"/>
        </w:numPr>
        <w:jc w:val="both"/>
        <w:rPr>
          <w:rFonts w:ascii="Aptos" w:hAnsi="Aptos"/>
          <w:lang w:val="ro-RO"/>
        </w:rPr>
      </w:pPr>
      <w:r w:rsidRPr="00746C94">
        <w:rPr>
          <w:rFonts w:ascii="Aptos" w:hAnsi="Aptos"/>
          <w:lang w:val="ro-RO"/>
        </w:rPr>
        <w:t>Bune abilități de comunicare în limbile română și rusă și disponibilitate pentru deplasări în localitățile incluse în proiect.</w:t>
      </w:r>
    </w:p>
    <w:p w14:paraId="72F9382D" w14:textId="77777777" w:rsidR="00725D26" w:rsidRPr="00D47D74" w:rsidRDefault="00000000" w:rsidP="00746C94">
      <w:pPr>
        <w:pStyle w:val="NoSpacing"/>
        <w:jc w:val="both"/>
        <w:rPr>
          <w:rFonts w:ascii="Aptos" w:hAnsi="Aptos"/>
          <w:b/>
          <w:bCs/>
          <w:lang w:val="ro-RO"/>
        </w:rPr>
      </w:pPr>
      <w:r w:rsidRPr="00D47D74">
        <w:rPr>
          <w:rFonts w:ascii="Aptos" w:hAnsi="Aptos"/>
          <w:b/>
          <w:bCs/>
          <w:color w:val="1E414A"/>
          <w:lang w:val="ro-RO"/>
        </w:rPr>
        <w:t>Constituie avantaj</w:t>
      </w:r>
    </w:p>
    <w:p w14:paraId="6725E368" w14:textId="35316794" w:rsidR="00725D26" w:rsidRPr="00746C94" w:rsidRDefault="00000000" w:rsidP="00746C94">
      <w:pPr>
        <w:pStyle w:val="NoSpacing"/>
        <w:jc w:val="both"/>
        <w:rPr>
          <w:rFonts w:ascii="Aptos" w:hAnsi="Aptos"/>
          <w:lang w:val="ro-RO"/>
        </w:rPr>
      </w:pPr>
      <w:r w:rsidRPr="00746C94">
        <w:rPr>
          <w:rFonts w:ascii="Aptos" w:hAnsi="Aptos"/>
          <w:lang w:val="ro-RO"/>
        </w:rPr>
        <w:t xml:space="preserve">Constituie avantaj experiența de lucru cu femei care întâmpină dificultăți de acces pe piața muncii, cunoașterea măsurilor ANOFM și a programelor ODA, experiența în colaborarea cu angajatorii, </w:t>
      </w:r>
      <w:r w:rsidR="00D47D74" w:rsidRPr="00746C94">
        <w:rPr>
          <w:rFonts w:ascii="Aptos" w:hAnsi="Aptos"/>
          <w:lang w:val="ro-RO"/>
        </w:rPr>
        <w:t xml:space="preserve">și </w:t>
      </w:r>
      <w:r w:rsidRPr="00746C94">
        <w:rPr>
          <w:rFonts w:ascii="Aptos" w:hAnsi="Aptos"/>
          <w:lang w:val="ro-RO"/>
        </w:rPr>
        <w:t>în managementul de caz</w:t>
      </w:r>
      <w:r w:rsidR="00D47D74">
        <w:rPr>
          <w:rFonts w:ascii="Aptos" w:hAnsi="Aptos"/>
          <w:lang w:val="ro-RO"/>
        </w:rPr>
        <w:t xml:space="preserve">. </w:t>
      </w:r>
    </w:p>
    <w:p w14:paraId="3391E918" w14:textId="77777777" w:rsidR="00725D26" w:rsidRPr="00D47D74" w:rsidRDefault="00000000" w:rsidP="00746C94">
      <w:pPr>
        <w:pStyle w:val="NoSpacing"/>
        <w:jc w:val="both"/>
        <w:rPr>
          <w:rFonts w:ascii="Aptos" w:hAnsi="Aptos"/>
          <w:b/>
          <w:bCs/>
          <w:lang w:val="ro-RO"/>
        </w:rPr>
      </w:pPr>
      <w:r w:rsidRPr="00D47D74">
        <w:rPr>
          <w:rFonts w:ascii="Aptos" w:hAnsi="Aptos"/>
          <w:b/>
          <w:bCs/>
          <w:lang w:val="ro-RO"/>
        </w:rPr>
        <w:t>9. Evaluarea ofertelor</w:t>
      </w:r>
    </w:p>
    <w:p w14:paraId="7FA80F2A" w14:textId="24EDA643" w:rsidR="00725D26" w:rsidRPr="00746C94" w:rsidRDefault="00000000" w:rsidP="00746C94">
      <w:pPr>
        <w:pStyle w:val="NoSpacing"/>
        <w:jc w:val="both"/>
        <w:rPr>
          <w:rFonts w:ascii="Aptos" w:hAnsi="Aptos"/>
          <w:lang w:val="ro-RO"/>
        </w:rPr>
      </w:pPr>
      <w:r w:rsidRPr="00746C94">
        <w:rPr>
          <w:rFonts w:ascii="Aptos" w:hAnsi="Aptos"/>
          <w:lang w:val="ro-RO"/>
        </w:rPr>
        <w:t xml:space="preserve">CASMED va evalua ofertele care îndeplinesc cerințele minime de calificare și </w:t>
      </w:r>
      <w:r w:rsidR="00D47D74">
        <w:rPr>
          <w:rFonts w:ascii="Aptos" w:hAnsi="Aptos"/>
          <w:lang w:val="ro-RO"/>
        </w:rPr>
        <w:t xml:space="preserve">care </w:t>
      </w:r>
      <w:r w:rsidRPr="00746C94">
        <w:rPr>
          <w:rFonts w:ascii="Aptos" w:hAnsi="Aptos"/>
          <w:lang w:val="ro-RO"/>
        </w:rPr>
        <w:t xml:space="preserve">conțin documentele solicitate. Evaluarea se va face pe baza experienței profesionale și a prețului ofertat, fiecare componentă având o pondere de 50 de puncte. </w:t>
      </w:r>
      <w:r w:rsidR="002C5046">
        <w:rPr>
          <w:rFonts w:ascii="Aptos" w:hAnsi="Aptos"/>
          <w:lang w:val="ro-RO"/>
        </w:rPr>
        <w:t xml:space="preserve"> </w:t>
      </w:r>
    </w:p>
    <w:tbl>
      <w:tblPr>
        <w:tblStyle w:val="TableGrid"/>
        <w:tblW w:w="0" w:type="auto"/>
        <w:tblInd w:w="108" w:type="dxa"/>
        <w:tblLayout w:type="fixed"/>
        <w:tblLook w:val="04A0" w:firstRow="1" w:lastRow="0" w:firstColumn="1" w:lastColumn="0" w:noHBand="0" w:noVBand="1"/>
      </w:tblPr>
      <w:tblGrid>
        <w:gridCol w:w="7650"/>
        <w:gridCol w:w="1890"/>
      </w:tblGrid>
      <w:tr w:rsidR="00725D26" w:rsidRPr="00D47D74" w14:paraId="545D1280" w14:textId="77777777" w:rsidTr="002C5046">
        <w:tc>
          <w:tcPr>
            <w:tcW w:w="7650" w:type="dxa"/>
          </w:tcPr>
          <w:p w14:paraId="6D5AA91A" w14:textId="77777777" w:rsidR="00725D26" w:rsidRPr="000156CF" w:rsidRDefault="00000000" w:rsidP="00746C94">
            <w:pPr>
              <w:pStyle w:val="NoSpacing"/>
              <w:jc w:val="both"/>
              <w:rPr>
                <w:rFonts w:ascii="Aptos" w:hAnsi="Aptos"/>
                <w:b/>
                <w:bCs/>
                <w:lang w:val="ro-RO"/>
              </w:rPr>
            </w:pPr>
            <w:r w:rsidRPr="000156CF">
              <w:rPr>
                <w:rFonts w:ascii="Aptos" w:hAnsi="Aptos"/>
                <w:b/>
                <w:bCs/>
                <w:lang w:val="ro-RO"/>
              </w:rPr>
              <w:t>Criterii de evaluare</w:t>
            </w:r>
          </w:p>
        </w:tc>
        <w:tc>
          <w:tcPr>
            <w:tcW w:w="1890" w:type="dxa"/>
          </w:tcPr>
          <w:p w14:paraId="4A164B8C" w14:textId="77777777" w:rsidR="00725D26" w:rsidRPr="000156CF" w:rsidRDefault="00000000" w:rsidP="00746C94">
            <w:pPr>
              <w:pStyle w:val="NoSpacing"/>
              <w:jc w:val="both"/>
              <w:rPr>
                <w:rFonts w:ascii="Aptos" w:hAnsi="Aptos"/>
                <w:b/>
                <w:bCs/>
                <w:lang w:val="ro-RO"/>
              </w:rPr>
            </w:pPr>
            <w:r w:rsidRPr="000156CF">
              <w:rPr>
                <w:rFonts w:ascii="Aptos" w:hAnsi="Aptos"/>
                <w:b/>
                <w:bCs/>
                <w:lang w:val="ro-RO"/>
              </w:rPr>
              <w:t>Punctaj maxim</w:t>
            </w:r>
          </w:p>
        </w:tc>
      </w:tr>
      <w:tr w:rsidR="00725D26" w:rsidRPr="00D47D74" w14:paraId="1F2672DB" w14:textId="77777777" w:rsidTr="002C5046">
        <w:tc>
          <w:tcPr>
            <w:tcW w:w="7650" w:type="dxa"/>
          </w:tcPr>
          <w:p w14:paraId="119B8DC6" w14:textId="77777777" w:rsidR="00725D26" w:rsidRPr="00D47D74" w:rsidRDefault="00000000" w:rsidP="00746C94">
            <w:pPr>
              <w:pStyle w:val="NoSpacing"/>
              <w:jc w:val="both"/>
              <w:rPr>
                <w:rFonts w:ascii="Aptos" w:hAnsi="Aptos"/>
                <w:lang w:val="ro-RO"/>
              </w:rPr>
            </w:pPr>
            <w:r w:rsidRPr="00D47D74">
              <w:rPr>
                <w:rFonts w:ascii="Aptos" w:hAnsi="Aptos"/>
                <w:lang w:val="ro-RO"/>
              </w:rPr>
              <w:t>Experiență în identificarea și recrutarea persoanelor din grupuri vulnerabile, evaluarea nevoilor și acordarea de sprijin individual</w:t>
            </w:r>
          </w:p>
        </w:tc>
        <w:tc>
          <w:tcPr>
            <w:tcW w:w="1890" w:type="dxa"/>
          </w:tcPr>
          <w:p w14:paraId="179A8D2B" w14:textId="77777777" w:rsidR="00725D26" w:rsidRPr="00D47D74" w:rsidRDefault="00000000" w:rsidP="00746C94">
            <w:pPr>
              <w:pStyle w:val="NoSpacing"/>
              <w:jc w:val="both"/>
              <w:rPr>
                <w:rFonts w:ascii="Aptos" w:hAnsi="Aptos"/>
                <w:lang w:val="ro-RO"/>
              </w:rPr>
            </w:pPr>
            <w:r w:rsidRPr="00D47D74">
              <w:rPr>
                <w:rFonts w:ascii="Aptos" w:hAnsi="Aptos"/>
                <w:lang w:val="ro-RO"/>
              </w:rPr>
              <w:t>20</w:t>
            </w:r>
          </w:p>
        </w:tc>
      </w:tr>
      <w:tr w:rsidR="00725D26" w:rsidRPr="00D47D74" w14:paraId="379E6241" w14:textId="77777777" w:rsidTr="002C5046">
        <w:tc>
          <w:tcPr>
            <w:tcW w:w="7650" w:type="dxa"/>
          </w:tcPr>
          <w:p w14:paraId="2110F2EF" w14:textId="77777777" w:rsidR="00725D26" w:rsidRPr="00D47D74" w:rsidRDefault="00000000" w:rsidP="00746C94">
            <w:pPr>
              <w:pStyle w:val="NoSpacing"/>
              <w:jc w:val="both"/>
              <w:rPr>
                <w:rFonts w:ascii="Aptos" w:hAnsi="Aptos"/>
                <w:lang w:val="ro-RO"/>
              </w:rPr>
            </w:pPr>
            <w:r w:rsidRPr="00D47D74">
              <w:rPr>
                <w:rFonts w:ascii="Aptos" w:hAnsi="Aptos"/>
                <w:lang w:val="ro-RO"/>
              </w:rPr>
              <w:t>Experiență în orientare profesională și sprijinirea accesului la locuri de muncă, formare profesională sau activități independente</w:t>
            </w:r>
          </w:p>
        </w:tc>
        <w:tc>
          <w:tcPr>
            <w:tcW w:w="1890" w:type="dxa"/>
          </w:tcPr>
          <w:p w14:paraId="22447738" w14:textId="77777777" w:rsidR="00725D26" w:rsidRPr="00D47D74" w:rsidRDefault="00000000" w:rsidP="00746C94">
            <w:pPr>
              <w:pStyle w:val="NoSpacing"/>
              <w:jc w:val="both"/>
              <w:rPr>
                <w:rFonts w:ascii="Aptos" w:hAnsi="Aptos"/>
                <w:lang w:val="ro-RO"/>
              </w:rPr>
            </w:pPr>
            <w:r w:rsidRPr="00D47D74">
              <w:rPr>
                <w:rFonts w:ascii="Aptos" w:hAnsi="Aptos"/>
                <w:lang w:val="ro-RO"/>
              </w:rPr>
              <w:t>15</w:t>
            </w:r>
          </w:p>
        </w:tc>
      </w:tr>
      <w:tr w:rsidR="00725D26" w:rsidRPr="00D47D74" w14:paraId="5F777378" w14:textId="77777777" w:rsidTr="002C5046">
        <w:tc>
          <w:tcPr>
            <w:tcW w:w="7650" w:type="dxa"/>
          </w:tcPr>
          <w:p w14:paraId="522C3952" w14:textId="77777777" w:rsidR="00725D26" w:rsidRPr="00D47D74" w:rsidRDefault="00000000" w:rsidP="00746C94">
            <w:pPr>
              <w:pStyle w:val="NoSpacing"/>
              <w:jc w:val="both"/>
              <w:rPr>
                <w:rFonts w:ascii="Aptos" w:hAnsi="Aptos"/>
                <w:lang w:val="ro-RO"/>
              </w:rPr>
            </w:pPr>
            <w:r w:rsidRPr="00D47D74">
              <w:rPr>
                <w:rFonts w:ascii="Aptos" w:hAnsi="Aptos"/>
                <w:lang w:val="ro-RO"/>
              </w:rPr>
              <w:t xml:space="preserve">Experiență în organizarea și coordonarea serviciilor: planificarea activităților, </w:t>
            </w:r>
            <w:r w:rsidRPr="00D47D74">
              <w:rPr>
                <w:rFonts w:ascii="Aptos" w:hAnsi="Aptos"/>
                <w:lang w:val="ro-RO"/>
              </w:rPr>
              <w:lastRenderedPageBreak/>
              <w:t>colaborarea cu angajatorii și partenerii locali, monitorizarea progresului și evidența rezultatelor</w:t>
            </w:r>
          </w:p>
        </w:tc>
        <w:tc>
          <w:tcPr>
            <w:tcW w:w="1890" w:type="dxa"/>
          </w:tcPr>
          <w:p w14:paraId="059FD33D" w14:textId="77777777" w:rsidR="00725D26" w:rsidRPr="00D47D74" w:rsidRDefault="00000000" w:rsidP="00746C94">
            <w:pPr>
              <w:pStyle w:val="NoSpacing"/>
              <w:jc w:val="both"/>
              <w:rPr>
                <w:rFonts w:ascii="Aptos" w:hAnsi="Aptos"/>
                <w:lang w:val="ro-RO"/>
              </w:rPr>
            </w:pPr>
            <w:r w:rsidRPr="00D47D74">
              <w:rPr>
                <w:rFonts w:ascii="Aptos" w:hAnsi="Aptos"/>
                <w:lang w:val="ro-RO"/>
              </w:rPr>
              <w:lastRenderedPageBreak/>
              <w:t>15</w:t>
            </w:r>
          </w:p>
        </w:tc>
      </w:tr>
      <w:tr w:rsidR="00725D26" w:rsidRPr="00D47D74" w14:paraId="27605E93" w14:textId="77777777" w:rsidTr="002C5046">
        <w:tc>
          <w:tcPr>
            <w:tcW w:w="7650" w:type="dxa"/>
          </w:tcPr>
          <w:p w14:paraId="0495B829" w14:textId="77777777" w:rsidR="00725D26" w:rsidRPr="00D47D74" w:rsidRDefault="00000000" w:rsidP="00746C94">
            <w:pPr>
              <w:pStyle w:val="NoSpacing"/>
              <w:jc w:val="both"/>
              <w:rPr>
                <w:rFonts w:ascii="Aptos" w:hAnsi="Aptos"/>
                <w:lang w:val="ro-RO"/>
              </w:rPr>
            </w:pPr>
            <w:r w:rsidRPr="00D47D74">
              <w:rPr>
                <w:rFonts w:ascii="Aptos" w:hAnsi="Aptos"/>
                <w:lang w:val="ro-RO"/>
              </w:rPr>
              <w:t>Total evaluare tehnică</w:t>
            </w:r>
          </w:p>
        </w:tc>
        <w:tc>
          <w:tcPr>
            <w:tcW w:w="1890" w:type="dxa"/>
          </w:tcPr>
          <w:p w14:paraId="7EC6B024" w14:textId="77777777" w:rsidR="00725D26" w:rsidRPr="00D47D74" w:rsidRDefault="00000000" w:rsidP="00746C94">
            <w:pPr>
              <w:pStyle w:val="NoSpacing"/>
              <w:jc w:val="both"/>
              <w:rPr>
                <w:rFonts w:ascii="Aptos" w:hAnsi="Aptos"/>
                <w:lang w:val="ro-RO"/>
              </w:rPr>
            </w:pPr>
            <w:r w:rsidRPr="00D47D74">
              <w:rPr>
                <w:rFonts w:ascii="Aptos" w:hAnsi="Aptos"/>
                <w:lang w:val="ro-RO"/>
              </w:rPr>
              <w:t>50</w:t>
            </w:r>
          </w:p>
        </w:tc>
      </w:tr>
      <w:tr w:rsidR="00725D26" w:rsidRPr="00D47D74" w14:paraId="0F44690B" w14:textId="77777777" w:rsidTr="002C5046">
        <w:tc>
          <w:tcPr>
            <w:tcW w:w="7650" w:type="dxa"/>
          </w:tcPr>
          <w:p w14:paraId="3718ECDE" w14:textId="77777777" w:rsidR="00725D26" w:rsidRPr="00D47D74" w:rsidRDefault="00000000" w:rsidP="00746C94">
            <w:pPr>
              <w:pStyle w:val="NoSpacing"/>
              <w:jc w:val="both"/>
              <w:rPr>
                <w:rFonts w:ascii="Aptos" w:hAnsi="Aptos"/>
                <w:lang w:val="ro-RO"/>
              </w:rPr>
            </w:pPr>
            <w:r w:rsidRPr="00D47D74">
              <w:rPr>
                <w:rFonts w:ascii="Aptos" w:hAnsi="Aptos"/>
                <w:lang w:val="ro-RO"/>
              </w:rPr>
              <w:t>Evaluare financiară</w:t>
            </w:r>
          </w:p>
        </w:tc>
        <w:tc>
          <w:tcPr>
            <w:tcW w:w="1890" w:type="dxa"/>
          </w:tcPr>
          <w:p w14:paraId="5243D4B8" w14:textId="77777777" w:rsidR="00725D26" w:rsidRPr="00D47D74" w:rsidRDefault="00000000" w:rsidP="00746C94">
            <w:pPr>
              <w:pStyle w:val="NoSpacing"/>
              <w:jc w:val="both"/>
              <w:rPr>
                <w:rFonts w:ascii="Aptos" w:hAnsi="Aptos"/>
                <w:lang w:val="ro-RO"/>
              </w:rPr>
            </w:pPr>
            <w:r w:rsidRPr="00D47D74">
              <w:rPr>
                <w:rFonts w:ascii="Aptos" w:hAnsi="Aptos"/>
                <w:lang w:val="ro-RO"/>
              </w:rPr>
              <w:t>50</w:t>
            </w:r>
          </w:p>
        </w:tc>
      </w:tr>
      <w:tr w:rsidR="00725D26" w:rsidRPr="00D47D74" w14:paraId="5E613256" w14:textId="77777777" w:rsidTr="002C5046">
        <w:tc>
          <w:tcPr>
            <w:tcW w:w="7650" w:type="dxa"/>
          </w:tcPr>
          <w:p w14:paraId="4E7E8870" w14:textId="77777777" w:rsidR="00725D26" w:rsidRPr="002C5046" w:rsidRDefault="00000000" w:rsidP="00746C94">
            <w:pPr>
              <w:pStyle w:val="NoSpacing"/>
              <w:jc w:val="both"/>
              <w:rPr>
                <w:rFonts w:ascii="Aptos" w:hAnsi="Aptos"/>
                <w:b/>
                <w:bCs/>
                <w:lang w:val="ro-RO"/>
              </w:rPr>
            </w:pPr>
            <w:r w:rsidRPr="002C5046">
              <w:rPr>
                <w:rFonts w:ascii="Aptos" w:hAnsi="Aptos"/>
                <w:b/>
                <w:bCs/>
                <w:lang w:val="ro-RO"/>
              </w:rPr>
              <w:t>Total general</w:t>
            </w:r>
          </w:p>
        </w:tc>
        <w:tc>
          <w:tcPr>
            <w:tcW w:w="1890" w:type="dxa"/>
          </w:tcPr>
          <w:p w14:paraId="6745086D" w14:textId="77777777" w:rsidR="00725D26" w:rsidRPr="002C5046" w:rsidRDefault="00000000" w:rsidP="00746C94">
            <w:pPr>
              <w:pStyle w:val="NoSpacing"/>
              <w:jc w:val="both"/>
              <w:rPr>
                <w:rFonts w:ascii="Aptos" w:hAnsi="Aptos"/>
                <w:b/>
                <w:bCs/>
                <w:lang w:val="ro-RO"/>
              </w:rPr>
            </w:pPr>
            <w:r w:rsidRPr="002C5046">
              <w:rPr>
                <w:rFonts w:ascii="Aptos" w:hAnsi="Aptos"/>
                <w:b/>
                <w:bCs/>
                <w:lang w:val="ro-RO"/>
              </w:rPr>
              <w:t>100</w:t>
            </w:r>
          </w:p>
        </w:tc>
      </w:tr>
    </w:tbl>
    <w:p w14:paraId="6E0B068D" w14:textId="20B5EAAD" w:rsidR="002C5046" w:rsidRDefault="002C5046" w:rsidP="00746C94">
      <w:pPr>
        <w:pStyle w:val="NoSpacing"/>
        <w:jc w:val="both"/>
        <w:rPr>
          <w:rFonts w:ascii="Aptos" w:hAnsi="Aptos"/>
          <w:lang w:val="ro-RO"/>
        </w:rPr>
      </w:pPr>
      <w:r>
        <w:rPr>
          <w:rFonts w:ascii="Aptos" w:hAnsi="Aptos"/>
          <w:lang w:val="ro-RO"/>
        </w:rPr>
        <w:t xml:space="preserve"> </w:t>
      </w:r>
    </w:p>
    <w:p w14:paraId="39B6A995" w14:textId="39CC4F4D" w:rsidR="00725D26" w:rsidRPr="00746C94" w:rsidRDefault="00000000" w:rsidP="00746C94">
      <w:pPr>
        <w:pStyle w:val="NoSpacing"/>
        <w:jc w:val="both"/>
        <w:rPr>
          <w:rFonts w:ascii="Aptos" w:hAnsi="Aptos"/>
          <w:lang w:val="ro-RO"/>
        </w:rPr>
      </w:pPr>
      <w:r w:rsidRPr="00746C94">
        <w:rPr>
          <w:rFonts w:ascii="Aptos" w:hAnsi="Aptos"/>
          <w:lang w:val="ro-RO"/>
        </w:rPr>
        <w:t>CASMED poate solicita clarificări privind documentele depuse, cu respectarea acelorași condiții pentru toți ofertanții.</w:t>
      </w:r>
    </w:p>
    <w:p w14:paraId="2F9486AE" w14:textId="77777777" w:rsidR="00725D26" w:rsidRPr="00D47D74" w:rsidRDefault="00000000" w:rsidP="00746C94">
      <w:pPr>
        <w:pStyle w:val="NoSpacing"/>
        <w:jc w:val="both"/>
        <w:rPr>
          <w:rFonts w:ascii="Aptos" w:hAnsi="Aptos"/>
          <w:b/>
          <w:bCs/>
          <w:lang w:val="ro-RO"/>
        </w:rPr>
      </w:pPr>
      <w:r w:rsidRPr="00D47D74">
        <w:rPr>
          <w:rFonts w:ascii="Aptos" w:hAnsi="Aptos"/>
          <w:b/>
          <w:bCs/>
          <w:lang w:val="ro-RO"/>
        </w:rPr>
        <w:t>10. Dosarul de participare și depunerea ofertelor</w:t>
      </w:r>
    </w:p>
    <w:p w14:paraId="6FFF9AF9" w14:textId="77777777" w:rsidR="00725D26" w:rsidRPr="00D47D74" w:rsidRDefault="00000000" w:rsidP="00D47D74">
      <w:pPr>
        <w:pStyle w:val="NoSpacing"/>
        <w:numPr>
          <w:ilvl w:val="0"/>
          <w:numId w:val="16"/>
        </w:numPr>
        <w:jc w:val="both"/>
        <w:rPr>
          <w:rFonts w:ascii="Aptos" w:hAnsi="Aptos"/>
          <w:lang w:val="ro-RO"/>
        </w:rPr>
      </w:pPr>
      <w:r w:rsidRPr="00D47D74">
        <w:rPr>
          <w:rFonts w:ascii="Aptos" w:hAnsi="Aptos"/>
          <w:lang w:val="ro-RO"/>
        </w:rPr>
        <w:t>CV-ul persoanei care va presta serviciile, cu prezentarea experienței și a responsabilităților exercitate în activități similare.</w:t>
      </w:r>
    </w:p>
    <w:p w14:paraId="3BE93386" w14:textId="77777777" w:rsidR="00725D26" w:rsidRPr="00D47D74" w:rsidRDefault="00000000" w:rsidP="00D47D74">
      <w:pPr>
        <w:pStyle w:val="NoSpacing"/>
        <w:numPr>
          <w:ilvl w:val="0"/>
          <w:numId w:val="16"/>
        </w:numPr>
        <w:jc w:val="both"/>
        <w:rPr>
          <w:rFonts w:ascii="Aptos" w:hAnsi="Aptos"/>
          <w:lang w:val="ro-RO"/>
        </w:rPr>
      </w:pPr>
      <w:r w:rsidRPr="00D47D74">
        <w:rPr>
          <w:rFonts w:ascii="Aptos" w:hAnsi="Aptos"/>
          <w:lang w:val="ro-RO"/>
        </w:rPr>
        <w:t>Copii ale documentelor de studii și, după caz, ale certificatelor relevante pentru serviciile solicitate.</w:t>
      </w:r>
    </w:p>
    <w:p w14:paraId="7C6A7943" w14:textId="77777777" w:rsidR="00725D26" w:rsidRPr="00D47D74" w:rsidRDefault="00000000" w:rsidP="00D47D74">
      <w:pPr>
        <w:pStyle w:val="NoSpacing"/>
        <w:numPr>
          <w:ilvl w:val="0"/>
          <w:numId w:val="16"/>
        </w:numPr>
        <w:jc w:val="both"/>
        <w:rPr>
          <w:rFonts w:ascii="Aptos" w:hAnsi="Aptos"/>
          <w:lang w:val="ro-RO"/>
        </w:rPr>
      </w:pPr>
      <w:r w:rsidRPr="00D47D74">
        <w:rPr>
          <w:rFonts w:ascii="Aptos" w:hAnsi="Aptos"/>
          <w:lang w:val="ro-RO"/>
        </w:rPr>
        <w:t>Oferta financiară, completată și semnată conform Anexei 1.</w:t>
      </w:r>
    </w:p>
    <w:p w14:paraId="5267CEA6" w14:textId="77777777" w:rsidR="000156CF" w:rsidRDefault="00000000" w:rsidP="00746C94">
      <w:pPr>
        <w:pStyle w:val="NoSpacing"/>
        <w:jc w:val="both"/>
        <w:rPr>
          <w:rFonts w:ascii="Aptos" w:hAnsi="Aptos"/>
          <w:lang w:val="ro-RO"/>
        </w:rPr>
      </w:pPr>
      <w:r w:rsidRPr="00D47D74">
        <w:rPr>
          <w:rFonts w:ascii="Aptos" w:hAnsi="Aptos"/>
          <w:lang w:val="ro-RO"/>
        </w:rPr>
        <w:t xml:space="preserve">Dosarul de participare se transmite prin e-mail, la adresa </w:t>
      </w:r>
      <w:hyperlink r:id="rId9" w:history="1">
        <w:r w:rsidR="00D47D74" w:rsidRPr="00511AE8">
          <w:rPr>
            <w:rStyle w:val="Hyperlink"/>
            <w:rFonts w:ascii="Aptos" w:hAnsi="Aptos"/>
            <w:lang w:val="ro-RO"/>
          </w:rPr>
          <w:t>office@casmed.md</w:t>
        </w:r>
      </w:hyperlink>
      <w:r w:rsidR="00D47D74">
        <w:rPr>
          <w:rFonts w:ascii="Aptos" w:hAnsi="Aptos"/>
          <w:lang w:val="ro-RO"/>
        </w:rPr>
        <w:t xml:space="preserve"> </w:t>
      </w:r>
      <w:r w:rsidRPr="00D47D74">
        <w:rPr>
          <w:rFonts w:ascii="Aptos" w:hAnsi="Aptos"/>
          <w:lang w:val="ro-RO"/>
        </w:rPr>
        <w:t xml:space="preserve">cu subiectul </w:t>
      </w:r>
    </w:p>
    <w:p w14:paraId="6F29B1D5" w14:textId="476A2C4A" w:rsidR="00725D26" w:rsidRPr="00D47D74" w:rsidRDefault="000156CF" w:rsidP="00746C94">
      <w:pPr>
        <w:pStyle w:val="NoSpacing"/>
        <w:jc w:val="both"/>
        <w:rPr>
          <w:rFonts w:ascii="Aptos" w:hAnsi="Aptos"/>
          <w:lang w:val="ro-RO"/>
        </w:rPr>
      </w:pPr>
      <w:r w:rsidRPr="000156CF">
        <w:rPr>
          <w:rFonts w:ascii="Aptos" w:hAnsi="Aptos"/>
          <w:lang w:val="ro-RO"/>
        </w:rPr>
        <w:t xml:space="preserve">Concurs: </w:t>
      </w:r>
      <w:r w:rsidRPr="00D47D74">
        <w:rPr>
          <w:rFonts w:ascii="Aptos" w:hAnsi="Aptos"/>
          <w:lang w:val="ro-RO"/>
        </w:rPr>
        <w:t>„</w:t>
      </w:r>
      <w:r w:rsidRPr="000156CF">
        <w:rPr>
          <w:rFonts w:ascii="Aptos" w:hAnsi="Aptos"/>
          <w:lang w:val="ro-RO"/>
        </w:rPr>
        <w:t>Specialist(ă) în orientare profesională și integrare economică</w:t>
      </w:r>
      <w:r w:rsidRPr="00D47D74">
        <w:rPr>
          <w:rFonts w:ascii="Aptos" w:hAnsi="Aptos"/>
          <w:lang w:val="ro-RO"/>
        </w:rPr>
        <w:t xml:space="preserve">”, până la </w:t>
      </w:r>
      <w:r w:rsidR="00A13A10" w:rsidRPr="00A13A10">
        <w:rPr>
          <w:rFonts w:ascii="Aptos" w:hAnsi="Aptos"/>
          <w:b/>
          <w:bCs/>
          <w:lang w:val="ro-RO"/>
        </w:rPr>
        <w:t>29</w:t>
      </w:r>
      <w:r w:rsidR="00A13A10">
        <w:rPr>
          <w:rFonts w:ascii="Aptos" w:hAnsi="Aptos"/>
          <w:lang w:val="ro-RO"/>
        </w:rPr>
        <w:t xml:space="preserve"> </w:t>
      </w:r>
      <w:r w:rsidR="00A13A10" w:rsidRPr="00A13A10">
        <w:rPr>
          <w:rFonts w:ascii="Aptos" w:hAnsi="Aptos"/>
          <w:b/>
          <w:bCs/>
          <w:lang w:val="ro-RO"/>
        </w:rPr>
        <w:t>octombrie</w:t>
      </w:r>
      <w:r w:rsidR="00A13A10" w:rsidRPr="00A13A10">
        <w:rPr>
          <w:rFonts w:ascii="Aptos" w:hAnsi="Aptos"/>
          <w:b/>
          <w:bCs/>
          <w:lang w:val="ro-RO"/>
        </w:rPr>
        <w:t xml:space="preserve"> </w:t>
      </w:r>
      <w:r w:rsidRPr="002C5046">
        <w:rPr>
          <w:rFonts w:ascii="Aptos" w:hAnsi="Aptos"/>
          <w:lang w:val="ro-RO"/>
        </w:rPr>
        <w:t>2026.</w:t>
      </w:r>
      <w:r w:rsidRPr="00D47D74">
        <w:rPr>
          <w:rFonts w:ascii="Aptos" w:hAnsi="Aptos"/>
          <w:lang w:val="ro-RO"/>
        </w:rPr>
        <w:t xml:space="preserve"> </w:t>
      </w:r>
      <w:r>
        <w:rPr>
          <w:rFonts w:ascii="Aptos" w:hAnsi="Aptos"/>
          <w:lang w:val="ro-RO"/>
        </w:rPr>
        <w:t xml:space="preserve"> </w:t>
      </w:r>
    </w:p>
    <w:p w14:paraId="2D981956" w14:textId="77777777" w:rsidR="00725D26" w:rsidRPr="000156CF" w:rsidRDefault="00000000" w:rsidP="00746C94">
      <w:pPr>
        <w:pStyle w:val="NoSpacing"/>
        <w:jc w:val="both"/>
        <w:rPr>
          <w:rFonts w:ascii="Aptos" w:hAnsi="Aptos"/>
          <w:b/>
          <w:bCs/>
          <w:lang w:val="ro-RO"/>
        </w:rPr>
      </w:pPr>
      <w:r w:rsidRPr="000156CF">
        <w:rPr>
          <w:rFonts w:ascii="Aptos" w:hAnsi="Aptos"/>
          <w:b/>
          <w:bCs/>
          <w:lang w:val="ro-RO"/>
        </w:rPr>
        <w:t>11. Condiții de colaborare și conduită profesională</w:t>
      </w:r>
    </w:p>
    <w:p w14:paraId="3F10D3E1" w14:textId="32A048C5" w:rsidR="00725D26" w:rsidRPr="00746C94" w:rsidRDefault="00000000" w:rsidP="00746C94">
      <w:pPr>
        <w:pStyle w:val="NoSpacing"/>
        <w:jc w:val="both"/>
        <w:rPr>
          <w:rFonts w:ascii="Aptos" w:hAnsi="Aptos"/>
          <w:lang w:val="ro-RO"/>
        </w:rPr>
      </w:pPr>
      <w:r w:rsidRPr="00746C94">
        <w:rPr>
          <w:rFonts w:ascii="Aptos" w:hAnsi="Aptos"/>
          <w:lang w:val="ro-RO"/>
        </w:rPr>
        <w:t xml:space="preserve">Serviciile vor fi prestate în baza unui contract de prestări servicii, potrivit calendarului convenit cu CASMED. Persoana contractată va colabora cu managerul de proiect și cu ceilalți specialiști implicați. CASMED va asigura accesul la instrumentele și informațiile necesare </w:t>
      </w:r>
      <w:r w:rsidR="000156CF">
        <w:rPr>
          <w:rFonts w:ascii="Aptos" w:hAnsi="Aptos"/>
          <w:lang w:val="ro-RO"/>
        </w:rPr>
        <w:t>pentru executarea</w:t>
      </w:r>
      <w:r w:rsidRPr="00746C94">
        <w:rPr>
          <w:rFonts w:ascii="Aptos" w:hAnsi="Aptos"/>
          <w:lang w:val="ro-RO"/>
        </w:rPr>
        <w:t xml:space="preserve"> contractului, în limitele atribuțiilor stabilite.</w:t>
      </w:r>
    </w:p>
    <w:p w14:paraId="039D3E33" w14:textId="0CF255E4" w:rsidR="00725D26" w:rsidRPr="00746C94" w:rsidRDefault="00000000" w:rsidP="00746C94">
      <w:pPr>
        <w:pStyle w:val="NoSpacing"/>
        <w:jc w:val="both"/>
        <w:rPr>
          <w:rFonts w:ascii="Aptos" w:hAnsi="Aptos"/>
          <w:lang w:val="ro-RO"/>
        </w:rPr>
      </w:pPr>
      <w:r w:rsidRPr="00746C94">
        <w:rPr>
          <w:rFonts w:ascii="Aptos" w:hAnsi="Aptos"/>
          <w:lang w:val="ro-RO"/>
        </w:rPr>
        <w:t xml:space="preserve">Prestatorul va ține o evidență clară și distinctă a serviciilor </w:t>
      </w:r>
      <w:r w:rsidR="000156CF">
        <w:rPr>
          <w:rFonts w:ascii="Aptos" w:hAnsi="Aptos"/>
          <w:lang w:val="ro-RO"/>
        </w:rPr>
        <w:t>prestate</w:t>
      </w:r>
      <w:r w:rsidRPr="00746C94">
        <w:rPr>
          <w:rFonts w:ascii="Aptos" w:hAnsi="Aptos"/>
          <w:lang w:val="ro-RO"/>
        </w:rPr>
        <w:t xml:space="preserve"> în baza prezentului contract. Situațiile care pot genera conflicte de interese vor fi declarate și gestionate </w:t>
      </w:r>
      <w:r w:rsidR="000156CF">
        <w:rPr>
          <w:rFonts w:ascii="Aptos" w:hAnsi="Aptos"/>
          <w:lang w:val="ro-RO"/>
        </w:rPr>
        <w:t>conform</w:t>
      </w:r>
      <w:r w:rsidRPr="00746C94">
        <w:rPr>
          <w:rFonts w:ascii="Aptos" w:hAnsi="Aptos"/>
          <w:lang w:val="ro-RO"/>
        </w:rPr>
        <w:t xml:space="preserve"> procedurilor CASMED.</w:t>
      </w:r>
    </w:p>
    <w:p w14:paraId="4267EDBD" w14:textId="180E28C5" w:rsidR="00725D26" w:rsidRPr="00746C94" w:rsidRDefault="00000000" w:rsidP="00746C94">
      <w:pPr>
        <w:pStyle w:val="NoSpacing"/>
        <w:jc w:val="both"/>
        <w:rPr>
          <w:rFonts w:ascii="Aptos" w:hAnsi="Aptos"/>
          <w:lang w:val="ro-RO"/>
        </w:rPr>
      </w:pPr>
      <w:r w:rsidRPr="00746C94">
        <w:rPr>
          <w:rFonts w:ascii="Aptos" w:hAnsi="Aptos"/>
          <w:lang w:val="ro-RO"/>
        </w:rPr>
        <w:t xml:space="preserve">Prestatorul va respecta obligațiile de confidențialitate, </w:t>
      </w:r>
      <w:r w:rsidR="000156CF">
        <w:rPr>
          <w:rFonts w:ascii="Aptos" w:hAnsi="Aptos"/>
          <w:lang w:val="ro-RO"/>
        </w:rPr>
        <w:t>prevăzute de Legea</w:t>
      </w:r>
      <w:r w:rsidRPr="00746C94">
        <w:rPr>
          <w:rFonts w:ascii="Aptos" w:hAnsi="Aptos"/>
          <w:lang w:val="ro-RO"/>
        </w:rPr>
        <w:t xml:space="preserve"> nr. 195/2024 privind protecția datelor cu caracter personal și politicile CASMED referitoare la integritate și la prevenirea exploatării și abuzului sexual (PSEA). </w:t>
      </w:r>
      <w:r w:rsidR="000156CF">
        <w:rPr>
          <w:rFonts w:ascii="Aptos" w:hAnsi="Aptos"/>
          <w:lang w:val="ro-RO"/>
        </w:rPr>
        <w:t xml:space="preserve"> </w:t>
      </w:r>
    </w:p>
    <w:p w14:paraId="281842E1" w14:textId="6B4FE260" w:rsidR="00725D26" w:rsidRPr="00746C94" w:rsidRDefault="000156CF" w:rsidP="00746C94">
      <w:pPr>
        <w:pStyle w:val="NoSpacing"/>
        <w:jc w:val="both"/>
        <w:rPr>
          <w:rFonts w:ascii="Aptos" w:hAnsi="Aptos"/>
          <w:lang w:val="ro-RO"/>
        </w:rPr>
      </w:pPr>
      <w:r>
        <w:rPr>
          <w:rFonts w:ascii="Aptos" w:hAnsi="Aptos"/>
          <w:lang w:val="ro-RO"/>
        </w:rPr>
        <w:t xml:space="preserve"> </w:t>
      </w:r>
    </w:p>
    <w:p w14:paraId="2BA455DE" w14:textId="77777777" w:rsidR="000156CF" w:rsidRDefault="000156CF" w:rsidP="00746C94">
      <w:pPr>
        <w:pStyle w:val="NoSpacing"/>
        <w:jc w:val="both"/>
        <w:rPr>
          <w:rFonts w:ascii="Aptos" w:hAnsi="Aptos"/>
          <w:b/>
          <w:bCs/>
          <w:lang w:val="ro-RO"/>
        </w:rPr>
      </w:pPr>
    </w:p>
    <w:p w14:paraId="5497F608" w14:textId="77777777" w:rsidR="000156CF" w:rsidRDefault="000156CF" w:rsidP="00746C94">
      <w:pPr>
        <w:pStyle w:val="NoSpacing"/>
        <w:jc w:val="both"/>
        <w:rPr>
          <w:rFonts w:ascii="Aptos" w:hAnsi="Aptos"/>
          <w:b/>
          <w:bCs/>
          <w:lang w:val="ro-RO"/>
        </w:rPr>
      </w:pPr>
    </w:p>
    <w:p w14:paraId="2A9277B7" w14:textId="77777777" w:rsidR="000156CF" w:rsidRDefault="000156CF" w:rsidP="00746C94">
      <w:pPr>
        <w:pStyle w:val="NoSpacing"/>
        <w:jc w:val="both"/>
        <w:rPr>
          <w:rFonts w:ascii="Aptos" w:hAnsi="Aptos"/>
          <w:b/>
          <w:bCs/>
          <w:lang w:val="ro-RO"/>
        </w:rPr>
      </w:pPr>
    </w:p>
    <w:p w14:paraId="4A244208" w14:textId="77777777" w:rsidR="000156CF" w:rsidRDefault="000156CF" w:rsidP="00746C94">
      <w:pPr>
        <w:pStyle w:val="NoSpacing"/>
        <w:jc w:val="both"/>
        <w:rPr>
          <w:rFonts w:ascii="Aptos" w:hAnsi="Aptos"/>
          <w:b/>
          <w:bCs/>
          <w:lang w:val="ro-RO"/>
        </w:rPr>
      </w:pPr>
    </w:p>
    <w:p w14:paraId="45CA75B3" w14:textId="14C6DB5C" w:rsidR="00725D26" w:rsidRPr="000156CF" w:rsidRDefault="00000000" w:rsidP="00746C94">
      <w:pPr>
        <w:pStyle w:val="NoSpacing"/>
        <w:jc w:val="both"/>
        <w:rPr>
          <w:rFonts w:ascii="Aptos" w:hAnsi="Aptos"/>
          <w:b/>
          <w:bCs/>
          <w:lang w:val="ro-RO"/>
        </w:rPr>
      </w:pPr>
      <w:r w:rsidRPr="000156CF">
        <w:rPr>
          <w:rFonts w:ascii="Aptos" w:hAnsi="Aptos"/>
          <w:b/>
          <w:bCs/>
          <w:lang w:val="ro-RO"/>
        </w:rPr>
        <w:t>Anexa 1. Oferta financiară</w:t>
      </w:r>
    </w:p>
    <w:p w14:paraId="4A6052FF" w14:textId="297DB7F9" w:rsidR="000156CF" w:rsidRPr="000156CF" w:rsidRDefault="00000000" w:rsidP="000156CF">
      <w:pPr>
        <w:pStyle w:val="NoSpacing"/>
        <w:jc w:val="both"/>
        <w:rPr>
          <w:rFonts w:ascii="Aptos" w:hAnsi="Aptos"/>
          <w:lang w:val="ro-RO"/>
        </w:rPr>
      </w:pPr>
      <w:r w:rsidRPr="00746C94">
        <w:rPr>
          <w:rFonts w:ascii="Aptos" w:hAnsi="Aptos"/>
          <w:lang w:val="ro-RO"/>
        </w:rPr>
        <w:t>Concurs</w:t>
      </w:r>
      <w:r w:rsidR="000156CF">
        <w:rPr>
          <w:rFonts w:ascii="Aptos" w:hAnsi="Aptos"/>
          <w:lang w:val="ro-RO"/>
        </w:rPr>
        <w:t xml:space="preserve">: </w:t>
      </w:r>
      <w:r w:rsidR="000156CF" w:rsidRPr="000156CF">
        <w:rPr>
          <w:rFonts w:ascii="Aptos" w:hAnsi="Aptos"/>
          <w:lang w:val="ro-RO"/>
        </w:rPr>
        <w:t>Specialist(ă) în orientare profesională și integrare economică</w:t>
      </w:r>
    </w:p>
    <w:p w14:paraId="5B34E817" w14:textId="77777777" w:rsidR="000156CF" w:rsidRDefault="000156CF" w:rsidP="00746C94">
      <w:pPr>
        <w:pStyle w:val="NoSpacing"/>
        <w:jc w:val="both"/>
        <w:rPr>
          <w:rFonts w:ascii="Aptos" w:hAnsi="Aptos"/>
          <w:lang w:val="ro-RO"/>
        </w:rPr>
      </w:pPr>
    </w:p>
    <w:p w14:paraId="6A03A000" w14:textId="5707A43F" w:rsidR="00725D26" w:rsidRPr="00746C94" w:rsidRDefault="00000000" w:rsidP="00746C94">
      <w:pPr>
        <w:pStyle w:val="NoSpacing"/>
        <w:jc w:val="both"/>
        <w:rPr>
          <w:rFonts w:ascii="Aptos" w:hAnsi="Aptos"/>
          <w:lang w:val="ro-RO"/>
        </w:rPr>
      </w:pPr>
      <w:r w:rsidRPr="00746C94">
        <w:rPr>
          <w:rFonts w:ascii="Aptos" w:hAnsi="Aptos"/>
          <w:lang w:val="ro-RO"/>
        </w:rPr>
        <w:t>Numele și prenumele / denumirea ofertantului: ______________________________________________</w:t>
      </w:r>
    </w:p>
    <w:p w14:paraId="281E1A49" w14:textId="77777777" w:rsidR="00725D26" w:rsidRPr="00746C94" w:rsidRDefault="00000000" w:rsidP="00746C94">
      <w:pPr>
        <w:pStyle w:val="NoSpacing"/>
        <w:jc w:val="both"/>
        <w:rPr>
          <w:rFonts w:ascii="Aptos" w:hAnsi="Aptos"/>
          <w:lang w:val="ro-RO"/>
        </w:rPr>
      </w:pPr>
      <w:r w:rsidRPr="00746C94">
        <w:rPr>
          <w:rFonts w:ascii="Aptos" w:hAnsi="Aptos"/>
          <w:lang w:val="ro-RO"/>
        </w:rPr>
        <w:t>Telefon: __________________________  E-mail: ______________________________________________</w:t>
      </w:r>
    </w:p>
    <w:p w14:paraId="25E33DC9" w14:textId="6F3579CE" w:rsidR="00725D26" w:rsidRPr="00746C94" w:rsidRDefault="000156CF" w:rsidP="00746C94">
      <w:pPr>
        <w:pStyle w:val="NoSpacing"/>
        <w:jc w:val="both"/>
        <w:rPr>
          <w:rFonts w:ascii="Aptos" w:hAnsi="Aptos"/>
          <w:lang w:val="ro-RO"/>
        </w:rPr>
      </w:pPr>
      <w:r>
        <w:rPr>
          <w:rFonts w:ascii="Aptos" w:hAnsi="Aptos"/>
          <w:lang w:val="ro-RO"/>
        </w:rPr>
        <w:t xml:space="preserve"> </w:t>
      </w:r>
    </w:p>
    <w:tbl>
      <w:tblPr>
        <w:tblStyle w:val="TableGrid"/>
        <w:tblW w:w="0" w:type="auto"/>
        <w:tblInd w:w="108" w:type="dxa"/>
        <w:tblLayout w:type="fixed"/>
        <w:tblLook w:val="04A0" w:firstRow="1" w:lastRow="0" w:firstColumn="1" w:lastColumn="0" w:noHBand="0" w:noVBand="1"/>
      </w:tblPr>
      <w:tblGrid>
        <w:gridCol w:w="4031"/>
        <w:gridCol w:w="1587"/>
        <w:gridCol w:w="1814"/>
        <w:gridCol w:w="1984"/>
      </w:tblGrid>
      <w:tr w:rsidR="00725D26" w:rsidRPr="000156CF" w14:paraId="132D5D67" w14:textId="77777777" w:rsidTr="000156CF">
        <w:tc>
          <w:tcPr>
            <w:tcW w:w="4031" w:type="dxa"/>
          </w:tcPr>
          <w:p w14:paraId="19C604A4" w14:textId="77777777" w:rsidR="00725D26" w:rsidRPr="000156CF" w:rsidRDefault="00000000" w:rsidP="00746C94">
            <w:pPr>
              <w:pStyle w:val="NoSpacing"/>
              <w:jc w:val="both"/>
              <w:rPr>
                <w:rFonts w:ascii="Aptos" w:hAnsi="Aptos"/>
                <w:b/>
                <w:bCs/>
                <w:lang w:val="ro-RO"/>
              </w:rPr>
            </w:pPr>
            <w:r w:rsidRPr="000156CF">
              <w:rPr>
                <w:rFonts w:ascii="Aptos" w:hAnsi="Aptos"/>
                <w:b/>
                <w:bCs/>
                <w:lang w:val="ro-RO"/>
              </w:rPr>
              <w:t>Serviciu</w:t>
            </w:r>
          </w:p>
        </w:tc>
        <w:tc>
          <w:tcPr>
            <w:tcW w:w="1587" w:type="dxa"/>
          </w:tcPr>
          <w:p w14:paraId="5CACB908" w14:textId="77777777" w:rsidR="00725D26" w:rsidRPr="000156CF" w:rsidRDefault="00000000" w:rsidP="00746C94">
            <w:pPr>
              <w:pStyle w:val="NoSpacing"/>
              <w:jc w:val="both"/>
              <w:rPr>
                <w:rFonts w:ascii="Aptos" w:hAnsi="Aptos"/>
                <w:b/>
                <w:bCs/>
                <w:lang w:val="ro-RO"/>
              </w:rPr>
            </w:pPr>
            <w:r w:rsidRPr="000156CF">
              <w:rPr>
                <w:rFonts w:ascii="Aptos" w:hAnsi="Aptos"/>
                <w:b/>
                <w:bCs/>
                <w:lang w:val="ro-RO"/>
              </w:rPr>
              <w:t>Volum estimat</w:t>
            </w:r>
          </w:p>
        </w:tc>
        <w:tc>
          <w:tcPr>
            <w:tcW w:w="1814" w:type="dxa"/>
          </w:tcPr>
          <w:p w14:paraId="69433D3F" w14:textId="77777777" w:rsidR="00725D26" w:rsidRPr="000156CF" w:rsidRDefault="00000000" w:rsidP="00746C94">
            <w:pPr>
              <w:pStyle w:val="NoSpacing"/>
              <w:jc w:val="both"/>
              <w:rPr>
                <w:rFonts w:ascii="Aptos" w:hAnsi="Aptos"/>
                <w:b/>
                <w:bCs/>
                <w:lang w:val="ro-RO"/>
              </w:rPr>
            </w:pPr>
            <w:r w:rsidRPr="000156CF">
              <w:rPr>
                <w:rFonts w:ascii="Aptos" w:hAnsi="Aptos"/>
                <w:b/>
                <w:bCs/>
                <w:lang w:val="ro-RO"/>
              </w:rPr>
              <w:t>Preț unitar ofertat (MDL, taxe incluse)</w:t>
            </w:r>
          </w:p>
        </w:tc>
        <w:tc>
          <w:tcPr>
            <w:tcW w:w="1984" w:type="dxa"/>
          </w:tcPr>
          <w:p w14:paraId="539195D1" w14:textId="77777777" w:rsidR="00725D26" w:rsidRPr="000156CF" w:rsidRDefault="00000000" w:rsidP="00746C94">
            <w:pPr>
              <w:pStyle w:val="NoSpacing"/>
              <w:jc w:val="both"/>
              <w:rPr>
                <w:rFonts w:ascii="Aptos" w:hAnsi="Aptos"/>
                <w:b/>
                <w:bCs/>
                <w:lang w:val="ro-RO"/>
              </w:rPr>
            </w:pPr>
            <w:r w:rsidRPr="000156CF">
              <w:rPr>
                <w:rFonts w:ascii="Aptos" w:hAnsi="Aptos"/>
                <w:b/>
                <w:bCs/>
                <w:lang w:val="ro-RO"/>
              </w:rPr>
              <w:t>Preț total (MDL, taxe incluse)</w:t>
            </w:r>
          </w:p>
        </w:tc>
      </w:tr>
      <w:tr w:rsidR="00725D26" w:rsidRPr="000156CF" w14:paraId="1C91FBC4" w14:textId="77777777" w:rsidTr="000156CF">
        <w:tc>
          <w:tcPr>
            <w:tcW w:w="4031" w:type="dxa"/>
          </w:tcPr>
          <w:p w14:paraId="4E64F02A" w14:textId="77777777" w:rsidR="00725D26" w:rsidRPr="000156CF" w:rsidRDefault="00000000" w:rsidP="00746C94">
            <w:pPr>
              <w:pStyle w:val="NoSpacing"/>
              <w:jc w:val="both"/>
              <w:rPr>
                <w:rFonts w:ascii="Aptos" w:hAnsi="Aptos"/>
                <w:lang w:val="ro-RO"/>
              </w:rPr>
            </w:pPr>
            <w:r w:rsidRPr="000156CF">
              <w:rPr>
                <w:rFonts w:ascii="Aptos" w:hAnsi="Aptos"/>
                <w:lang w:val="ro-RO"/>
              </w:rPr>
              <w:t>Pachet complet de servicii pentru o participantă asistată, inclusiv activitățile individuale și comune</w:t>
            </w:r>
          </w:p>
        </w:tc>
        <w:tc>
          <w:tcPr>
            <w:tcW w:w="1587" w:type="dxa"/>
          </w:tcPr>
          <w:p w14:paraId="115E5A7F" w14:textId="77777777" w:rsidR="00725D26" w:rsidRPr="000156CF" w:rsidRDefault="00000000" w:rsidP="00746C94">
            <w:pPr>
              <w:pStyle w:val="NoSpacing"/>
              <w:jc w:val="both"/>
              <w:rPr>
                <w:rFonts w:ascii="Aptos" w:hAnsi="Aptos"/>
                <w:lang w:val="ro-RO"/>
              </w:rPr>
            </w:pPr>
            <w:r w:rsidRPr="000156CF">
              <w:rPr>
                <w:rFonts w:ascii="Aptos" w:hAnsi="Aptos"/>
                <w:lang w:val="ro-RO"/>
              </w:rPr>
              <w:t>170 participante</w:t>
            </w:r>
          </w:p>
        </w:tc>
        <w:tc>
          <w:tcPr>
            <w:tcW w:w="1814" w:type="dxa"/>
          </w:tcPr>
          <w:p w14:paraId="6BC26871" w14:textId="7A872AE9" w:rsidR="00725D26" w:rsidRPr="000156CF" w:rsidRDefault="000156CF" w:rsidP="00746C94">
            <w:pPr>
              <w:pStyle w:val="NoSpacing"/>
              <w:jc w:val="both"/>
              <w:rPr>
                <w:rFonts w:ascii="Aptos" w:hAnsi="Aptos"/>
                <w:lang w:val="ro-RO"/>
              </w:rPr>
            </w:pPr>
            <w:r>
              <w:rPr>
                <w:rFonts w:ascii="Aptos" w:hAnsi="Aptos"/>
                <w:lang w:val="ro-RO"/>
              </w:rPr>
              <w:t xml:space="preserve"> </w:t>
            </w:r>
          </w:p>
        </w:tc>
        <w:tc>
          <w:tcPr>
            <w:tcW w:w="1984" w:type="dxa"/>
          </w:tcPr>
          <w:p w14:paraId="1C2D9AA2" w14:textId="68CD1CAF" w:rsidR="00725D26" w:rsidRPr="000156CF" w:rsidRDefault="000156CF" w:rsidP="00746C94">
            <w:pPr>
              <w:pStyle w:val="NoSpacing"/>
              <w:jc w:val="both"/>
              <w:rPr>
                <w:rFonts w:ascii="Aptos" w:hAnsi="Aptos"/>
                <w:lang w:val="ro-RO"/>
              </w:rPr>
            </w:pPr>
            <w:r>
              <w:rPr>
                <w:rFonts w:ascii="Aptos" w:hAnsi="Aptos"/>
                <w:lang w:val="ro-RO"/>
              </w:rPr>
              <w:t xml:space="preserve"> </w:t>
            </w:r>
          </w:p>
        </w:tc>
      </w:tr>
    </w:tbl>
    <w:p w14:paraId="2774498C" w14:textId="77777777" w:rsidR="00725D26" w:rsidRPr="00746C94" w:rsidRDefault="00725D26" w:rsidP="00746C94">
      <w:pPr>
        <w:pStyle w:val="NoSpacing"/>
        <w:jc w:val="both"/>
        <w:rPr>
          <w:rFonts w:ascii="Aptos" w:hAnsi="Aptos"/>
          <w:lang w:val="ro-RO"/>
        </w:rPr>
      </w:pPr>
    </w:p>
    <w:p w14:paraId="1F1A233E" w14:textId="77777777" w:rsidR="000156CF" w:rsidRDefault="000156CF" w:rsidP="00746C94">
      <w:pPr>
        <w:pStyle w:val="NoSpacing"/>
        <w:jc w:val="both"/>
        <w:rPr>
          <w:rFonts w:ascii="Aptos" w:hAnsi="Aptos"/>
          <w:lang w:val="ro-RO"/>
        </w:rPr>
      </w:pPr>
    </w:p>
    <w:p w14:paraId="1379594B" w14:textId="7C956DDD" w:rsidR="00725D26" w:rsidRPr="00746C94" w:rsidRDefault="00000000" w:rsidP="00746C94">
      <w:pPr>
        <w:pStyle w:val="NoSpacing"/>
        <w:jc w:val="both"/>
        <w:rPr>
          <w:rFonts w:ascii="Aptos" w:hAnsi="Aptos"/>
          <w:lang w:val="ro-RO"/>
        </w:rPr>
      </w:pPr>
      <w:r w:rsidRPr="00746C94">
        <w:rPr>
          <w:rFonts w:ascii="Aptos" w:hAnsi="Aptos"/>
          <w:lang w:val="ro-RO"/>
        </w:rPr>
        <w:t xml:space="preserve">Confirm că prețul ofertat include întregul pachet de servicii descris în Termenii de referință și că reprezintă costul total al contractării. Oferta este valabilă timp de </w:t>
      </w:r>
      <w:r w:rsidR="000156CF">
        <w:rPr>
          <w:rFonts w:ascii="Aptos" w:hAnsi="Aptos"/>
          <w:lang w:val="ro-RO"/>
        </w:rPr>
        <w:t>3</w:t>
      </w:r>
      <w:r w:rsidRPr="00746C94">
        <w:rPr>
          <w:rFonts w:ascii="Aptos" w:hAnsi="Aptos"/>
          <w:lang w:val="ro-RO"/>
        </w:rPr>
        <w:t>0 de zile de la termenul-limită de depunere.</w:t>
      </w:r>
    </w:p>
    <w:p w14:paraId="615BA5B8" w14:textId="77777777" w:rsidR="000156CF" w:rsidRDefault="000156CF" w:rsidP="00746C94">
      <w:pPr>
        <w:pStyle w:val="NoSpacing"/>
        <w:jc w:val="both"/>
        <w:rPr>
          <w:rFonts w:ascii="Aptos" w:hAnsi="Aptos"/>
          <w:lang w:val="ro-RO"/>
        </w:rPr>
      </w:pPr>
    </w:p>
    <w:p w14:paraId="31634580" w14:textId="1FD24988" w:rsidR="00725D26" w:rsidRPr="00746C94" w:rsidRDefault="00000000" w:rsidP="00746C94">
      <w:pPr>
        <w:pStyle w:val="NoSpacing"/>
        <w:jc w:val="both"/>
        <w:rPr>
          <w:rFonts w:ascii="Aptos" w:hAnsi="Aptos"/>
          <w:lang w:val="ro-RO"/>
        </w:rPr>
      </w:pPr>
      <w:r w:rsidRPr="00746C94">
        <w:rPr>
          <w:rFonts w:ascii="Aptos" w:hAnsi="Aptos"/>
          <w:lang w:val="ro-RO"/>
        </w:rPr>
        <w:t>Data: _____________________                          Semnătura: ______________________________</w:t>
      </w:r>
    </w:p>
    <w:p w14:paraId="407EFA6E" w14:textId="2C46CF93" w:rsidR="00725D26" w:rsidRPr="002C5046" w:rsidRDefault="00725D26" w:rsidP="00746C94">
      <w:pPr>
        <w:pStyle w:val="NoSpacing"/>
        <w:jc w:val="both"/>
        <w:rPr>
          <w:rFonts w:ascii="Aptos" w:hAnsi="Aptos"/>
          <w:lang w:val="ro-RO"/>
        </w:rPr>
      </w:pPr>
    </w:p>
    <w:sectPr w:rsidR="00725D26" w:rsidRPr="002C5046" w:rsidSect="00034616">
      <w:headerReference w:type="default" r:id="rId10"/>
      <w:footerReference w:type="default" r:id="rId11"/>
      <w:pgSz w:w="11906" w:h="16838"/>
      <w:pgMar w:top="1219" w:right="1162" w:bottom="1077" w:left="1162"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5C64F" w14:textId="77777777" w:rsidR="00E3490F" w:rsidRPr="00746C94" w:rsidRDefault="00E3490F">
      <w:pPr>
        <w:spacing w:after="0" w:line="240" w:lineRule="auto"/>
      </w:pPr>
      <w:r w:rsidRPr="00746C94">
        <w:separator/>
      </w:r>
    </w:p>
  </w:endnote>
  <w:endnote w:type="continuationSeparator" w:id="0">
    <w:p w14:paraId="3AFEB723" w14:textId="77777777" w:rsidR="00E3490F" w:rsidRPr="00746C94" w:rsidRDefault="00E3490F">
      <w:pPr>
        <w:spacing w:after="0" w:line="240" w:lineRule="auto"/>
      </w:pPr>
      <w:r w:rsidRPr="00746C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702009"/>
      <w:docPartObj>
        <w:docPartGallery w:val="Page Numbers (Bottom of Page)"/>
        <w:docPartUnique/>
      </w:docPartObj>
    </w:sdtPr>
    <w:sdtEndPr>
      <w:rPr>
        <w:noProof/>
      </w:rPr>
    </w:sdtEndPr>
    <w:sdtContent>
      <w:p w14:paraId="129A4651" w14:textId="0DCE2F79" w:rsidR="002C5046" w:rsidRDefault="002C50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9A9ABF" w14:textId="1E89CAEB" w:rsidR="00725D26" w:rsidRPr="00746C94" w:rsidRDefault="00725D2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E1573" w14:textId="77777777" w:rsidR="00E3490F" w:rsidRPr="00746C94" w:rsidRDefault="00E3490F">
      <w:pPr>
        <w:spacing w:after="0" w:line="240" w:lineRule="auto"/>
      </w:pPr>
      <w:r w:rsidRPr="00746C94">
        <w:separator/>
      </w:r>
    </w:p>
  </w:footnote>
  <w:footnote w:type="continuationSeparator" w:id="0">
    <w:p w14:paraId="2937142A" w14:textId="77777777" w:rsidR="00E3490F" w:rsidRPr="00746C94" w:rsidRDefault="00E3490F">
      <w:pPr>
        <w:spacing w:after="0" w:line="240" w:lineRule="auto"/>
      </w:pPr>
      <w:r w:rsidRPr="00746C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6DF51" w14:textId="22A75DA5" w:rsidR="00725D26" w:rsidRPr="00746C94" w:rsidRDefault="00725D2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447BE7"/>
    <w:multiLevelType w:val="hybridMultilevel"/>
    <w:tmpl w:val="5014A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E26647"/>
    <w:multiLevelType w:val="hybridMultilevel"/>
    <w:tmpl w:val="06A2D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E94D83"/>
    <w:multiLevelType w:val="hybridMultilevel"/>
    <w:tmpl w:val="C3EC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5F6750"/>
    <w:multiLevelType w:val="hybridMultilevel"/>
    <w:tmpl w:val="4E4E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2427E6"/>
    <w:multiLevelType w:val="hybridMultilevel"/>
    <w:tmpl w:val="BD8E7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B150CF"/>
    <w:multiLevelType w:val="hybridMultilevel"/>
    <w:tmpl w:val="D41CC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C45944"/>
    <w:multiLevelType w:val="hybridMultilevel"/>
    <w:tmpl w:val="8C645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728205">
    <w:abstractNumId w:val="8"/>
  </w:num>
  <w:num w:numId="2" w16cid:durableId="1579557474">
    <w:abstractNumId w:val="6"/>
  </w:num>
  <w:num w:numId="3" w16cid:durableId="1289816477">
    <w:abstractNumId w:val="5"/>
  </w:num>
  <w:num w:numId="4" w16cid:durableId="633020077">
    <w:abstractNumId w:val="4"/>
  </w:num>
  <w:num w:numId="5" w16cid:durableId="167909022">
    <w:abstractNumId w:val="7"/>
  </w:num>
  <w:num w:numId="6" w16cid:durableId="536085522">
    <w:abstractNumId w:val="3"/>
  </w:num>
  <w:num w:numId="7" w16cid:durableId="288977747">
    <w:abstractNumId w:val="2"/>
  </w:num>
  <w:num w:numId="8" w16cid:durableId="182978398">
    <w:abstractNumId w:val="1"/>
  </w:num>
  <w:num w:numId="9" w16cid:durableId="1756366427">
    <w:abstractNumId w:val="0"/>
  </w:num>
  <w:num w:numId="10" w16cid:durableId="1721904605">
    <w:abstractNumId w:val="11"/>
  </w:num>
  <w:num w:numId="11" w16cid:durableId="412236993">
    <w:abstractNumId w:val="9"/>
  </w:num>
  <w:num w:numId="12" w16cid:durableId="2102791938">
    <w:abstractNumId w:val="13"/>
  </w:num>
  <w:num w:numId="13" w16cid:durableId="1254821261">
    <w:abstractNumId w:val="14"/>
  </w:num>
  <w:num w:numId="14" w16cid:durableId="1971398158">
    <w:abstractNumId w:val="10"/>
  </w:num>
  <w:num w:numId="15" w16cid:durableId="1975255469">
    <w:abstractNumId w:val="15"/>
  </w:num>
  <w:num w:numId="16" w16cid:durableId="8117493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6CF"/>
    <w:rsid w:val="00034616"/>
    <w:rsid w:val="0006063C"/>
    <w:rsid w:val="00112B81"/>
    <w:rsid w:val="0015074B"/>
    <w:rsid w:val="0017486D"/>
    <w:rsid w:val="0029639D"/>
    <w:rsid w:val="002C5046"/>
    <w:rsid w:val="00326F90"/>
    <w:rsid w:val="00725D26"/>
    <w:rsid w:val="00746C94"/>
    <w:rsid w:val="00916591"/>
    <w:rsid w:val="00930E56"/>
    <w:rsid w:val="00A13A10"/>
    <w:rsid w:val="00AA1D8D"/>
    <w:rsid w:val="00B47730"/>
    <w:rsid w:val="00CB0664"/>
    <w:rsid w:val="00CF63F8"/>
    <w:rsid w:val="00D31B97"/>
    <w:rsid w:val="00D47D74"/>
    <w:rsid w:val="00D54B3B"/>
    <w:rsid w:val="00E3490F"/>
    <w:rsid w:val="00FC693F"/>
    <w:rsid w:val="00FE6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EC0973"/>
  <w14:defaultImageDpi w14:val="300"/>
  <w15:docId w15:val="{27241D04-68F5-4279-8F50-9E963B1B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rFonts w:ascii="Aptos" w:hAnsi="Aptos"/>
      <w:color w:val="2A313A"/>
      <w:sz w:val="20"/>
      <w:lang w:val="ro-RO"/>
    </w:rPr>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b/>
      <w:bCs/>
      <w:color w:val="143746"/>
      <w:sz w:val="24"/>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143746"/>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47D74"/>
    <w:rPr>
      <w:color w:val="0000FF" w:themeColor="hyperlink"/>
      <w:u w:val="single"/>
    </w:rPr>
  </w:style>
  <w:style w:type="character" w:styleId="UnresolvedMention">
    <w:name w:val="Unresolved Mention"/>
    <w:basedOn w:val="DefaultParagraphFont"/>
    <w:uiPriority w:val="99"/>
    <w:semiHidden/>
    <w:unhideWhenUsed/>
    <w:rsid w:val="00D47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asmed.m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casmed.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11282</TotalTime>
  <Pages>4</Pages>
  <Words>2040</Words>
  <Characters>11631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Termeni de referință – Specialist în ocuparea forței de muncă și ghidarea participantelor</vt:lpstr>
    </vt:vector>
  </TitlesOfParts>
  <Manager/>
  <Company/>
  <LinksUpToDate>false</LinksUpToDate>
  <CharactersWithSpaces>13644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Termeni de referință – Specialist în ocuparea forței de muncă și ghidarea participantelor</dc:title>
  <dc:subject>Concurs CASMED/UNW/2026-04</dc:subject>
  <dc:creator>AO CASMED</dc:creator>
  <cp:keywords/>
  <dc:description>Versiune revizuită lingvistic și metodologic; document de concurs public.</dc:description>
  <cp:lastModifiedBy>Admin</cp:lastModifiedBy>
  <cp:revision>9</cp:revision>
  <dcterms:created xsi:type="dcterms:W3CDTF">2013-12-23T23:15:00Z</dcterms:created>
  <dcterms:modified xsi:type="dcterms:W3CDTF">2026-10-25T16:54:00Z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1573d05242cd60b018e334988bc583b335df6f47b894aba2064e6ca0959ef435</vt:lpwstr>
  </property>
</Properties>
</file>