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09314" w14:textId="77777777" w:rsidR="00642649" w:rsidRPr="00395462" w:rsidRDefault="00000000" w:rsidP="00363C40">
      <w:pPr>
        <w:pStyle w:val="NoSpacing"/>
        <w:jc w:val="center"/>
        <w:rPr>
          <w:rFonts w:ascii="Aptos" w:hAnsi="Aptos"/>
          <w:b/>
          <w:bCs/>
          <w:lang w:val="ro-RO"/>
        </w:rPr>
      </w:pPr>
      <w:r w:rsidRPr="00395462">
        <w:rPr>
          <w:rFonts w:ascii="Aptos" w:hAnsi="Aptos"/>
          <w:b/>
          <w:bCs/>
          <w:lang w:val="ro-RO"/>
        </w:rPr>
        <w:t>TERMENI DE REFERINȚĂ</w:t>
      </w:r>
    </w:p>
    <w:p w14:paraId="4A3725CE" w14:textId="77777777" w:rsidR="00642649" w:rsidRPr="00395462" w:rsidRDefault="00000000" w:rsidP="00363C40">
      <w:pPr>
        <w:pStyle w:val="NoSpacing"/>
        <w:jc w:val="center"/>
        <w:rPr>
          <w:rFonts w:ascii="Aptos" w:hAnsi="Aptos"/>
          <w:lang w:val="ro-RO"/>
        </w:rPr>
      </w:pPr>
      <w:r w:rsidRPr="00395462">
        <w:rPr>
          <w:rFonts w:ascii="Aptos" w:hAnsi="Aptos"/>
          <w:lang w:val="ro-RO"/>
        </w:rPr>
        <w:t>Consultant(ă) în comunicare și informare publică</w:t>
      </w:r>
    </w:p>
    <w:p w14:paraId="624E0AC0" w14:textId="77777777" w:rsidR="00363C40" w:rsidRPr="00395462" w:rsidRDefault="00363C40" w:rsidP="00363C40">
      <w:pPr>
        <w:pStyle w:val="NoSpacing"/>
        <w:jc w:val="center"/>
        <w:rPr>
          <w:rFonts w:ascii="Aptos" w:hAnsi="Aptos"/>
          <w:lang w:val="ro-RO"/>
        </w:rPr>
      </w:pPr>
    </w:p>
    <w:p w14:paraId="40B22AE0" w14:textId="77777777" w:rsidR="00642649" w:rsidRPr="00395462" w:rsidRDefault="00000000" w:rsidP="00363C40">
      <w:pPr>
        <w:pStyle w:val="NoSpacing"/>
        <w:jc w:val="both"/>
        <w:rPr>
          <w:rFonts w:ascii="Aptos" w:hAnsi="Aptos"/>
          <w:lang w:val="ro-RO"/>
        </w:rPr>
      </w:pPr>
      <w:r w:rsidRPr="00395462">
        <w:rPr>
          <w:rFonts w:ascii="Aptos" w:hAnsi="Aptos"/>
          <w:lang w:val="ro-RO"/>
        </w:rPr>
        <w:t>Proiect: „Acces echitabil la locuri de muncă și la surse de venit pentru femeile din grupuri vulnerabile”</w:t>
      </w:r>
    </w:p>
    <w:p w14:paraId="3AF04062" w14:textId="77777777" w:rsidR="00363C40" w:rsidRPr="00395462" w:rsidRDefault="00363C40" w:rsidP="00363C40">
      <w:pPr>
        <w:pStyle w:val="NoSpacing"/>
        <w:jc w:val="both"/>
        <w:rPr>
          <w:rFonts w:ascii="Aptos" w:hAnsi="Aptos"/>
          <w:b/>
          <w:bCs/>
          <w:lang w:val="ro-RO"/>
        </w:rPr>
      </w:pPr>
    </w:p>
    <w:p w14:paraId="0E23A174" w14:textId="2DE81166" w:rsidR="00642649" w:rsidRPr="00395462" w:rsidRDefault="00000000" w:rsidP="00363C40">
      <w:pPr>
        <w:pStyle w:val="NoSpacing"/>
        <w:jc w:val="both"/>
        <w:rPr>
          <w:rFonts w:ascii="Aptos" w:hAnsi="Aptos"/>
          <w:b/>
          <w:bCs/>
          <w:lang w:val="ro-RO"/>
        </w:rPr>
      </w:pPr>
      <w:r w:rsidRPr="00395462">
        <w:rPr>
          <w:rFonts w:ascii="Aptos" w:hAnsi="Aptos"/>
          <w:b/>
          <w:bCs/>
          <w:lang w:val="ro-RO"/>
        </w:rPr>
        <w:t>1. Informații generale</w:t>
      </w:r>
    </w:p>
    <w:tbl>
      <w:tblPr>
        <w:tblStyle w:val="TableGrid"/>
        <w:tblW w:w="0" w:type="auto"/>
        <w:tblInd w:w="108" w:type="dxa"/>
        <w:tblLayout w:type="fixed"/>
        <w:tblLook w:val="04A0" w:firstRow="1" w:lastRow="0" w:firstColumn="1" w:lastColumn="0" w:noHBand="0" w:noVBand="1"/>
      </w:tblPr>
      <w:tblGrid>
        <w:gridCol w:w="3010"/>
        <w:gridCol w:w="6236"/>
      </w:tblGrid>
      <w:tr w:rsidR="00642649" w:rsidRPr="00395462" w14:paraId="4EBA65D7" w14:textId="77777777" w:rsidTr="00363C40">
        <w:tc>
          <w:tcPr>
            <w:tcW w:w="3010" w:type="dxa"/>
          </w:tcPr>
          <w:p w14:paraId="07F59CF6"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Element</w:t>
            </w:r>
          </w:p>
        </w:tc>
        <w:tc>
          <w:tcPr>
            <w:tcW w:w="6236" w:type="dxa"/>
          </w:tcPr>
          <w:p w14:paraId="74933738"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Informație</w:t>
            </w:r>
          </w:p>
        </w:tc>
      </w:tr>
      <w:tr w:rsidR="00642649" w:rsidRPr="00395462" w14:paraId="4E2B3442" w14:textId="77777777" w:rsidTr="00363C40">
        <w:tc>
          <w:tcPr>
            <w:tcW w:w="3010" w:type="dxa"/>
          </w:tcPr>
          <w:p w14:paraId="5FE1C4BE" w14:textId="77777777" w:rsidR="00642649" w:rsidRPr="00395462" w:rsidRDefault="00000000" w:rsidP="00363C40">
            <w:pPr>
              <w:pStyle w:val="NoSpacing"/>
              <w:jc w:val="both"/>
              <w:rPr>
                <w:rFonts w:ascii="Aptos" w:hAnsi="Aptos"/>
                <w:lang w:val="ro-RO"/>
              </w:rPr>
            </w:pPr>
            <w:r w:rsidRPr="00395462">
              <w:rPr>
                <w:rFonts w:ascii="Aptos" w:hAnsi="Aptos"/>
                <w:lang w:val="ro-RO"/>
              </w:rPr>
              <w:t>Organizația contractantă</w:t>
            </w:r>
          </w:p>
        </w:tc>
        <w:tc>
          <w:tcPr>
            <w:tcW w:w="6236" w:type="dxa"/>
          </w:tcPr>
          <w:p w14:paraId="73458C7B" w14:textId="77777777" w:rsidR="00642649" w:rsidRPr="00395462" w:rsidRDefault="00000000" w:rsidP="00363C40">
            <w:pPr>
              <w:pStyle w:val="NoSpacing"/>
              <w:jc w:val="both"/>
              <w:rPr>
                <w:rFonts w:ascii="Aptos" w:hAnsi="Aptos"/>
                <w:lang w:val="ro-RO"/>
              </w:rPr>
            </w:pPr>
            <w:r w:rsidRPr="00395462">
              <w:rPr>
                <w:rFonts w:ascii="Aptos" w:hAnsi="Aptos"/>
                <w:lang w:val="ro-RO"/>
              </w:rPr>
              <w:t>Asociația Obștească „CASMED”, IDNO 1010620009171, mun. Bălți</w:t>
            </w:r>
          </w:p>
        </w:tc>
      </w:tr>
      <w:tr w:rsidR="00642649" w:rsidRPr="00395462" w14:paraId="16DFD6B1" w14:textId="77777777" w:rsidTr="00363C40">
        <w:tc>
          <w:tcPr>
            <w:tcW w:w="3010" w:type="dxa"/>
          </w:tcPr>
          <w:p w14:paraId="6A809F44" w14:textId="77777777" w:rsidR="00642649" w:rsidRPr="00395462" w:rsidRDefault="00000000" w:rsidP="00363C40">
            <w:pPr>
              <w:pStyle w:val="NoSpacing"/>
              <w:jc w:val="both"/>
              <w:rPr>
                <w:rFonts w:ascii="Aptos" w:hAnsi="Aptos"/>
                <w:lang w:val="ro-RO"/>
              </w:rPr>
            </w:pPr>
            <w:r w:rsidRPr="00395462">
              <w:rPr>
                <w:rFonts w:ascii="Aptos" w:hAnsi="Aptos"/>
                <w:lang w:val="ro-RO"/>
              </w:rPr>
              <w:t>Tipul contractului</w:t>
            </w:r>
          </w:p>
        </w:tc>
        <w:tc>
          <w:tcPr>
            <w:tcW w:w="6236" w:type="dxa"/>
          </w:tcPr>
          <w:p w14:paraId="636AE4FE" w14:textId="77777777" w:rsidR="00642649" w:rsidRPr="00395462" w:rsidRDefault="00000000" w:rsidP="00363C40">
            <w:pPr>
              <w:pStyle w:val="NoSpacing"/>
              <w:jc w:val="both"/>
              <w:rPr>
                <w:rFonts w:ascii="Aptos" w:hAnsi="Aptos"/>
                <w:lang w:val="ro-RO"/>
              </w:rPr>
            </w:pPr>
            <w:r w:rsidRPr="00395462">
              <w:rPr>
                <w:rFonts w:ascii="Aptos" w:hAnsi="Aptos"/>
                <w:lang w:val="ro-RO"/>
              </w:rPr>
              <w:t>Contract de prestări servicii</w:t>
            </w:r>
          </w:p>
        </w:tc>
      </w:tr>
      <w:tr w:rsidR="00642649" w:rsidRPr="00395462" w14:paraId="5CC05CAC" w14:textId="77777777" w:rsidTr="00363C40">
        <w:tc>
          <w:tcPr>
            <w:tcW w:w="3010" w:type="dxa"/>
          </w:tcPr>
          <w:p w14:paraId="243C05CA" w14:textId="77777777" w:rsidR="00642649" w:rsidRPr="00395462" w:rsidRDefault="00000000" w:rsidP="00363C40">
            <w:pPr>
              <w:pStyle w:val="NoSpacing"/>
              <w:jc w:val="both"/>
              <w:rPr>
                <w:rFonts w:ascii="Aptos" w:hAnsi="Aptos"/>
                <w:lang w:val="ro-RO"/>
              </w:rPr>
            </w:pPr>
            <w:r w:rsidRPr="00395462">
              <w:rPr>
                <w:rFonts w:ascii="Aptos" w:hAnsi="Aptos"/>
                <w:lang w:val="ro-RO"/>
              </w:rPr>
              <w:t>Perioada estimată</w:t>
            </w:r>
          </w:p>
        </w:tc>
        <w:tc>
          <w:tcPr>
            <w:tcW w:w="6236" w:type="dxa"/>
          </w:tcPr>
          <w:p w14:paraId="2DB6E6C8" w14:textId="77777777" w:rsidR="00642649" w:rsidRPr="00395462" w:rsidRDefault="00000000" w:rsidP="00363C40">
            <w:pPr>
              <w:pStyle w:val="NoSpacing"/>
              <w:jc w:val="both"/>
              <w:rPr>
                <w:rFonts w:ascii="Aptos" w:hAnsi="Aptos"/>
                <w:lang w:val="ro-RO"/>
              </w:rPr>
            </w:pPr>
            <w:r w:rsidRPr="00395462">
              <w:rPr>
                <w:rFonts w:ascii="Aptos" w:hAnsi="Aptos"/>
                <w:lang w:val="ro-RO"/>
              </w:rPr>
              <w:t>Noiembrie 2026 – august 2027, conform calendarului proiectului</w:t>
            </w:r>
          </w:p>
        </w:tc>
      </w:tr>
      <w:tr w:rsidR="00642649" w:rsidRPr="00395462" w14:paraId="45CB5BBD" w14:textId="77777777" w:rsidTr="00363C40">
        <w:tc>
          <w:tcPr>
            <w:tcW w:w="3010" w:type="dxa"/>
          </w:tcPr>
          <w:p w14:paraId="5AB02067" w14:textId="77777777" w:rsidR="00642649" w:rsidRPr="00395462" w:rsidRDefault="00000000" w:rsidP="00363C40">
            <w:pPr>
              <w:pStyle w:val="NoSpacing"/>
              <w:jc w:val="both"/>
              <w:rPr>
                <w:rFonts w:ascii="Aptos" w:hAnsi="Aptos"/>
                <w:lang w:val="ro-RO"/>
              </w:rPr>
            </w:pPr>
            <w:r w:rsidRPr="00395462">
              <w:rPr>
                <w:rFonts w:ascii="Aptos" w:hAnsi="Aptos"/>
                <w:lang w:val="ro-RO"/>
              </w:rPr>
              <w:t>Locul prestării</w:t>
            </w:r>
          </w:p>
        </w:tc>
        <w:tc>
          <w:tcPr>
            <w:tcW w:w="6236" w:type="dxa"/>
          </w:tcPr>
          <w:p w14:paraId="31D7FB2B" w14:textId="77777777" w:rsidR="00642649" w:rsidRPr="00395462" w:rsidRDefault="00000000" w:rsidP="00363C40">
            <w:pPr>
              <w:pStyle w:val="NoSpacing"/>
              <w:jc w:val="both"/>
              <w:rPr>
                <w:rFonts w:ascii="Aptos" w:hAnsi="Aptos"/>
                <w:lang w:val="ro-RO"/>
              </w:rPr>
            </w:pPr>
            <w:r w:rsidRPr="00395462">
              <w:rPr>
                <w:rFonts w:ascii="Aptos" w:hAnsi="Aptos"/>
                <w:lang w:val="ro-RO"/>
              </w:rPr>
              <w:t xml:space="preserve">Mun. Bălți și raioanele Fălești, Glodeni, </w:t>
            </w:r>
            <w:proofErr w:type="spellStart"/>
            <w:r w:rsidRPr="00395462">
              <w:rPr>
                <w:rFonts w:ascii="Aptos" w:hAnsi="Aptos"/>
                <w:lang w:val="ro-RO"/>
              </w:rPr>
              <w:t>Rîșcani</w:t>
            </w:r>
            <w:proofErr w:type="spellEnd"/>
            <w:r w:rsidRPr="00395462">
              <w:rPr>
                <w:rFonts w:ascii="Aptos" w:hAnsi="Aptos"/>
                <w:lang w:val="ro-RO"/>
              </w:rPr>
              <w:t xml:space="preserve">, Florești și </w:t>
            </w:r>
            <w:proofErr w:type="spellStart"/>
            <w:r w:rsidRPr="00395462">
              <w:rPr>
                <w:rFonts w:ascii="Aptos" w:hAnsi="Aptos"/>
                <w:lang w:val="ro-RO"/>
              </w:rPr>
              <w:t>Sîngerei</w:t>
            </w:r>
            <w:proofErr w:type="spellEnd"/>
            <w:r w:rsidRPr="00395462">
              <w:rPr>
                <w:rFonts w:ascii="Aptos" w:hAnsi="Aptos"/>
                <w:lang w:val="ro-RO"/>
              </w:rPr>
              <w:t>; unele activități pot fi realizate la distanță</w:t>
            </w:r>
          </w:p>
        </w:tc>
      </w:tr>
      <w:tr w:rsidR="00642649" w:rsidRPr="00395462" w14:paraId="59DC5CC5" w14:textId="77777777" w:rsidTr="00363C40">
        <w:tc>
          <w:tcPr>
            <w:tcW w:w="3010" w:type="dxa"/>
          </w:tcPr>
          <w:p w14:paraId="258B4791" w14:textId="77777777" w:rsidR="00642649" w:rsidRPr="00395462" w:rsidRDefault="00000000" w:rsidP="00363C40">
            <w:pPr>
              <w:pStyle w:val="NoSpacing"/>
              <w:jc w:val="both"/>
              <w:rPr>
                <w:rFonts w:ascii="Aptos" w:hAnsi="Aptos"/>
                <w:lang w:val="ro-RO"/>
              </w:rPr>
            </w:pPr>
            <w:r w:rsidRPr="00395462">
              <w:rPr>
                <w:rFonts w:ascii="Aptos" w:hAnsi="Aptos"/>
                <w:lang w:val="ro-RO"/>
              </w:rPr>
              <w:t>Volumul estimat</w:t>
            </w:r>
          </w:p>
        </w:tc>
        <w:tc>
          <w:tcPr>
            <w:tcW w:w="6236" w:type="dxa"/>
          </w:tcPr>
          <w:p w14:paraId="6B453A59" w14:textId="77777777" w:rsidR="00642649" w:rsidRPr="00395462" w:rsidRDefault="00000000" w:rsidP="00363C40">
            <w:pPr>
              <w:pStyle w:val="NoSpacing"/>
              <w:jc w:val="both"/>
              <w:rPr>
                <w:rFonts w:ascii="Aptos" w:hAnsi="Aptos"/>
                <w:lang w:val="ro-RO"/>
              </w:rPr>
            </w:pPr>
            <w:r w:rsidRPr="00395462">
              <w:rPr>
                <w:rFonts w:ascii="Aptos" w:hAnsi="Aptos"/>
                <w:lang w:val="ro-RO"/>
              </w:rPr>
              <w:t>250 de ore de servicii</w:t>
            </w:r>
          </w:p>
        </w:tc>
      </w:tr>
      <w:tr w:rsidR="00642649" w:rsidRPr="00395462" w14:paraId="34D0F260" w14:textId="77777777" w:rsidTr="00363C40">
        <w:tc>
          <w:tcPr>
            <w:tcW w:w="3010" w:type="dxa"/>
          </w:tcPr>
          <w:p w14:paraId="75DFD5E4" w14:textId="77777777" w:rsidR="00642649" w:rsidRPr="00395462" w:rsidRDefault="00000000" w:rsidP="00363C40">
            <w:pPr>
              <w:pStyle w:val="NoSpacing"/>
              <w:jc w:val="both"/>
              <w:rPr>
                <w:rFonts w:ascii="Aptos" w:hAnsi="Aptos"/>
                <w:lang w:val="ro-RO"/>
              </w:rPr>
            </w:pPr>
            <w:r w:rsidRPr="00395462">
              <w:rPr>
                <w:rFonts w:ascii="Aptos" w:hAnsi="Aptos"/>
                <w:lang w:val="ro-RO"/>
              </w:rPr>
              <w:t>Unitatea de ofertare și plată</w:t>
            </w:r>
          </w:p>
        </w:tc>
        <w:tc>
          <w:tcPr>
            <w:tcW w:w="6236" w:type="dxa"/>
          </w:tcPr>
          <w:p w14:paraId="271D9459" w14:textId="77777777" w:rsidR="00642649" w:rsidRPr="00395462" w:rsidRDefault="00000000" w:rsidP="00363C40">
            <w:pPr>
              <w:pStyle w:val="NoSpacing"/>
              <w:jc w:val="both"/>
              <w:rPr>
                <w:rFonts w:ascii="Aptos" w:hAnsi="Aptos"/>
                <w:lang w:val="ro-RO"/>
              </w:rPr>
            </w:pPr>
            <w:r w:rsidRPr="00395462">
              <w:rPr>
                <w:rFonts w:ascii="Aptos" w:hAnsi="Aptos"/>
                <w:lang w:val="ro-RO"/>
              </w:rPr>
              <w:t>Tarif orar; plata se efectuează pentru orele prestate și recepționate</w:t>
            </w:r>
          </w:p>
        </w:tc>
      </w:tr>
      <w:tr w:rsidR="00642649" w:rsidRPr="00395462" w14:paraId="1E20DB98" w14:textId="77777777" w:rsidTr="00363C40">
        <w:tc>
          <w:tcPr>
            <w:tcW w:w="3010" w:type="dxa"/>
          </w:tcPr>
          <w:p w14:paraId="4EEF10C2" w14:textId="77777777" w:rsidR="00642649" w:rsidRPr="00395462" w:rsidRDefault="00000000" w:rsidP="00363C40">
            <w:pPr>
              <w:pStyle w:val="NoSpacing"/>
              <w:jc w:val="both"/>
              <w:rPr>
                <w:rFonts w:ascii="Aptos" w:hAnsi="Aptos"/>
                <w:lang w:val="ro-RO"/>
              </w:rPr>
            </w:pPr>
            <w:r w:rsidRPr="00395462">
              <w:rPr>
                <w:rFonts w:ascii="Aptos" w:hAnsi="Aptos"/>
                <w:lang w:val="ro-RO"/>
              </w:rPr>
              <w:t>Depunerea ofertelor</w:t>
            </w:r>
          </w:p>
        </w:tc>
        <w:tc>
          <w:tcPr>
            <w:tcW w:w="6236" w:type="dxa"/>
          </w:tcPr>
          <w:p w14:paraId="4462D20B" w14:textId="77777777" w:rsidR="00642649" w:rsidRPr="00395462" w:rsidRDefault="00000000" w:rsidP="00363C40">
            <w:pPr>
              <w:pStyle w:val="NoSpacing"/>
              <w:jc w:val="both"/>
              <w:rPr>
                <w:rFonts w:ascii="Aptos" w:hAnsi="Aptos"/>
                <w:lang w:val="ro-RO"/>
              </w:rPr>
            </w:pPr>
            <w:r w:rsidRPr="00395462">
              <w:rPr>
                <w:rFonts w:ascii="Aptos" w:hAnsi="Aptos"/>
                <w:lang w:val="ro-RO"/>
              </w:rPr>
              <w:t>Până la 29 octombrie 2026, la office@casmed.md</w:t>
            </w:r>
          </w:p>
        </w:tc>
      </w:tr>
    </w:tbl>
    <w:p w14:paraId="5E3BF7DD" w14:textId="77777777" w:rsidR="00395462" w:rsidRDefault="00395462" w:rsidP="00363C40">
      <w:pPr>
        <w:pStyle w:val="NoSpacing"/>
        <w:jc w:val="both"/>
        <w:rPr>
          <w:rFonts w:ascii="Aptos" w:hAnsi="Aptos"/>
          <w:b/>
          <w:bCs/>
          <w:lang w:val="ro-RO"/>
        </w:rPr>
      </w:pPr>
    </w:p>
    <w:p w14:paraId="6D9529C3" w14:textId="68DC15C4" w:rsidR="00642649" w:rsidRPr="00395462" w:rsidRDefault="00000000" w:rsidP="00363C40">
      <w:pPr>
        <w:pStyle w:val="NoSpacing"/>
        <w:jc w:val="both"/>
        <w:rPr>
          <w:rFonts w:ascii="Aptos" w:hAnsi="Aptos"/>
          <w:b/>
          <w:bCs/>
          <w:lang w:val="ro-RO"/>
        </w:rPr>
      </w:pPr>
      <w:r w:rsidRPr="00395462">
        <w:rPr>
          <w:rFonts w:ascii="Aptos" w:hAnsi="Aptos"/>
          <w:b/>
          <w:bCs/>
          <w:lang w:val="ro-RO"/>
        </w:rPr>
        <w:t>2. Contextul proiectului</w:t>
      </w:r>
    </w:p>
    <w:p w14:paraId="0E700BFD" w14:textId="71660272" w:rsidR="00642649" w:rsidRPr="00395462" w:rsidRDefault="00000000" w:rsidP="00363C40">
      <w:pPr>
        <w:pStyle w:val="NoSpacing"/>
        <w:jc w:val="both"/>
        <w:rPr>
          <w:rFonts w:ascii="Aptos" w:hAnsi="Aptos"/>
          <w:lang w:val="ro-RO"/>
        </w:rPr>
      </w:pPr>
      <w:r w:rsidRPr="00395462">
        <w:rPr>
          <w:rFonts w:ascii="Aptos" w:hAnsi="Aptos"/>
          <w:lang w:val="ro-RO"/>
        </w:rPr>
        <w:t xml:space="preserve">Asociația Obștească „CASMED” implementează proiectul „Acces echitabil la locuri de muncă și la surse de venit pentru femeile din grupuri vulnerabile”, cu sprijinul UN </w:t>
      </w:r>
      <w:proofErr w:type="spellStart"/>
      <w:r w:rsidRPr="00395462">
        <w:rPr>
          <w:rFonts w:ascii="Aptos" w:hAnsi="Aptos"/>
          <w:lang w:val="ro-RO"/>
        </w:rPr>
        <w:t>Women</w:t>
      </w:r>
      <w:proofErr w:type="spellEnd"/>
      <w:r w:rsidRPr="00395462">
        <w:rPr>
          <w:rFonts w:ascii="Aptos" w:hAnsi="Aptos"/>
          <w:lang w:val="ro-RO"/>
        </w:rPr>
        <w:t xml:space="preserve"> și finanțarea Agenției Austriece pentru Dezvoltare (ADA). Proiectul se desfășoară în municipiul Bălți și </w:t>
      </w:r>
      <w:r w:rsidR="00395462">
        <w:rPr>
          <w:rFonts w:ascii="Aptos" w:hAnsi="Aptos"/>
          <w:lang w:val="ro-RO"/>
        </w:rPr>
        <w:t xml:space="preserve">în </w:t>
      </w:r>
      <w:r w:rsidRPr="00395462">
        <w:rPr>
          <w:rFonts w:ascii="Aptos" w:hAnsi="Aptos"/>
          <w:lang w:val="ro-RO"/>
        </w:rPr>
        <w:t xml:space="preserve">raioanele Fălești, Glodeni, </w:t>
      </w:r>
      <w:proofErr w:type="spellStart"/>
      <w:r w:rsidRPr="00395462">
        <w:rPr>
          <w:rFonts w:ascii="Aptos" w:hAnsi="Aptos"/>
          <w:lang w:val="ro-RO"/>
        </w:rPr>
        <w:t>Rîșcani</w:t>
      </w:r>
      <w:proofErr w:type="spellEnd"/>
      <w:r w:rsidRPr="00395462">
        <w:rPr>
          <w:rFonts w:ascii="Aptos" w:hAnsi="Aptos"/>
          <w:lang w:val="ro-RO"/>
        </w:rPr>
        <w:t xml:space="preserve">, Florești și </w:t>
      </w:r>
      <w:proofErr w:type="spellStart"/>
      <w:r w:rsidRPr="00395462">
        <w:rPr>
          <w:rFonts w:ascii="Aptos" w:hAnsi="Aptos"/>
          <w:lang w:val="ro-RO"/>
        </w:rPr>
        <w:t>Sîngerei</w:t>
      </w:r>
      <w:proofErr w:type="spellEnd"/>
      <w:r w:rsidRPr="00395462">
        <w:rPr>
          <w:rFonts w:ascii="Aptos" w:hAnsi="Aptos"/>
          <w:lang w:val="ro-RO"/>
        </w:rPr>
        <w:t>.</w:t>
      </w:r>
    </w:p>
    <w:p w14:paraId="7B889CFB" w14:textId="2C2EE1A9" w:rsidR="00642649" w:rsidRPr="00395462" w:rsidRDefault="00000000" w:rsidP="00363C40">
      <w:pPr>
        <w:pStyle w:val="NoSpacing"/>
        <w:jc w:val="both"/>
        <w:rPr>
          <w:rFonts w:ascii="Aptos" w:hAnsi="Aptos"/>
          <w:lang w:val="ro-RO"/>
        </w:rPr>
      </w:pPr>
      <w:r w:rsidRPr="00395462">
        <w:rPr>
          <w:rFonts w:ascii="Aptos" w:hAnsi="Aptos"/>
          <w:lang w:val="ro-RO"/>
        </w:rPr>
        <w:t xml:space="preserve">Proiectul urmărește să sprijine 170 de femei cu vârste cuprinse între 18 și 54 de ani, inclusiv tinere care nu lucrează și nu urmează studii </w:t>
      </w:r>
      <w:r w:rsidR="00395462">
        <w:rPr>
          <w:rFonts w:ascii="Aptos" w:hAnsi="Aptos"/>
          <w:lang w:val="ro-RO"/>
        </w:rPr>
        <w:t>sau</w:t>
      </w:r>
      <w:r w:rsidRPr="00395462">
        <w:rPr>
          <w:rFonts w:ascii="Aptos" w:hAnsi="Aptos"/>
          <w:lang w:val="ro-RO"/>
        </w:rPr>
        <w:t xml:space="preserve"> cursuri de formare profesională, precum și femei cu responsabilități de îngrijire. Participantele vor beneficia, în funcție de necesități, de instruire, orientare profesională și sprijin pentru accesarea oportunităților de angajare sau de obținere a veniturilor din activități independente.</w:t>
      </w:r>
    </w:p>
    <w:p w14:paraId="42FB529A" w14:textId="70AD2DE0" w:rsidR="00642649" w:rsidRPr="00395462" w:rsidRDefault="00000000" w:rsidP="00363C40">
      <w:pPr>
        <w:pStyle w:val="NoSpacing"/>
        <w:jc w:val="both"/>
        <w:rPr>
          <w:rFonts w:ascii="Aptos" w:hAnsi="Aptos"/>
          <w:lang w:val="ro-RO"/>
        </w:rPr>
      </w:pPr>
      <w:r w:rsidRPr="00395462">
        <w:rPr>
          <w:rFonts w:ascii="Aptos" w:hAnsi="Aptos"/>
          <w:lang w:val="ro-RO"/>
        </w:rPr>
        <w:t xml:space="preserve">Activitățile de comunicare vor susține informarea și recrutarea participantelor și vor prezenta serviciile proiectului într-un limbaj accesibil. Campania urmărește informarea a cel puțin 5.000 de femei din aria proiectului, prin canalele online și </w:t>
      </w:r>
      <w:r w:rsidR="00395462">
        <w:rPr>
          <w:rFonts w:ascii="Aptos" w:hAnsi="Aptos"/>
          <w:lang w:val="ro-RO"/>
        </w:rPr>
        <w:t xml:space="preserve">prin </w:t>
      </w:r>
      <w:r w:rsidRPr="00395462">
        <w:rPr>
          <w:rFonts w:ascii="Aptos" w:hAnsi="Aptos"/>
          <w:lang w:val="ro-RO"/>
        </w:rPr>
        <w:t xml:space="preserve">rețeaua </w:t>
      </w:r>
      <w:r w:rsidR="00395462">
        <w:rPr>
          <w:rFonts w:ascii="Aptos" w:hAnsi="Aptos"/>
          <w:lang w:val="ro-RO"/>
        </w:rPr>
        <w:t>de parteneri</w:t>
      </w:r>
      <w:r w:rsidRPr="00395462">
        <w:rPr>
          <w:rFonts w:ascii="Aptos" w:hAnsi="Aptos"/>
          <w:lang w:val="ro-RO"/>
        </w:rPr>
        <w:t xml:space="preserve"> locali. Materialele pentru public vor fi pregătite în limbile română și rusă.</w:t>
      </w:r>
    </w:p>
    <w:p w14:paraId="046D1C1C" w14:textId="77777777" w:rsidR="00395462" w:rsidRDefault="00395462" w:rsidP="00363C40">
      <w:pPr>
        <w:pStyle w:val="NoSpacing"/>
        <w:jc w:val="both"/>
        <w:rPr>
          <w:rFonts w:ascii="Aptos" w:hAnsi="Aptos"/>
          <w:b/>
          <w:bCs/>
          <w:lang w:val="ro-RO"/>
        </w:rPr>
      </w:pPr>
    </w:p>
    <w:p w14:paraId="3E9CBCE1" w14:textId="42F6782D" w:rsidR="00642649" w:rsidRPr="00395462" w:rsidRDefault="00000000" w:rsidP="00363C40">
      <w:pPr>
        <w:pStyle w:val="NoSpacing"/>
        <w:jc w:val="both"/>
        <w:rPr>
          <w:rFonts w:ascii="Aptos" w:hAnsi="Aptos"/>
          <w:b/>
          <w:bCs/>
          <w:lang w:val="ro-RO"/>
        </w:rPr>
      </w:pPr>
      <w:r w:rsidRPr="00395462">
        <w:rPr>
          <w:rFonts w:ascii="Aptos" w:hAnsi="Aptos"/>
          <w:b/>
          <w:bCs/>
          <w:lang w:val="ro-RO"/>
        </w:rPr>
        <w:t>3. Scopul contractării</w:t>
      </w:r>
    </w:p>
    <w:p w14:paraId="1E06E2E6" w14:textId="77777777" w:rsidR="00642649" w:rsidRPr="00395462" w:rsidRDefault="00000000" w:rsidP="00363C40">
      <w:pPr>
        <w:pStyle w:val="NoSpacing"/>
        <w:jc w:val="both"/>
        <w:rPr>
          <w:rFonts w:ascii="Aptos" w:hAnsi="Aptos"/>
          <w:lang w:val="ro-RO"/>
        </w:rPr>
      </w:pPr>
      <w:r w:rsidRPr="00395462">
        <w:rPr>
          <w:rFonts w:ascii="Aptos" w:hAnsi="Aptos"/>
          <w:lang w:val="ro-RO"/>
        </w:rPr>
        <w:t xml:space="preserve">CASMED intenționează să </w:t>
      </w:r>
      <w:proofErr w:type="spellStart"/>
      <w:r w:rsidRPr="00395462">
        <w:rPr>
          <w:rFonts w:ascii="Aptos" w:hAnsi="Aptos"/>
          <w:lang w:val="ro-RO"/>
        </w:rPr>
        <w:t>contracteze</w:t>
      </w:r>
      <w:proofErr w:type="spellEnd"/>
      <w:r w:rsidRPr="00395462">
        <w:rPr>
          <w:rFonts w:ascii="Aptos" w:hAnsi="Aptos"/>
          <w:lang w:val="ro-RO"/>
        </w:rPr>
        <w:t xml:space="preserve"> servicii de planificare și realizare a comunicării publice a proiectului, cu accent pe informarea femeilor eligibile, sprijinirea recrutării și promovarea oportunităților de angajare, formare profesională și activități independente.</w:t>
      </w:r>
    </w:p>
    <w:p w14:paraId="093B5F42" w14:textId="5C7C2504" w:rsidR="00642649" w:rsidRPr="00395462" w:rsidRDefault="00000000" w:rsidP="00363C40">
      <w:pPr>
        <w:pStyle w:val="NoSpacing"/>
        <w:jc w:val="both"/>
        <w:rPr>
          <w:rFonts w:ascii="Aptos" w:hAnsi="Aptos"/>
          <w:lang w:val="ro-RO"/>
        </w:rPr>
      </w:pPr>
      <w:r w:rsidRPr="00395462">
        <w:rPr>
          <w:rFonts w:ascii="Aptos" w:hAnsi="Aptos"/>
          <w:lang w:val="ro-RO"/>
        </w:rPr>
        <w:t xml:space="preserve">Persoana contractată va elabora și </w:t>
      </w:r>
      <w:r w:rsidR="00395462">
        <w:rPr>
          <w:rFonts w:ascii="Aptos" w:hAnsi="Aptos"/>
          <w:lang w:val="ro-RO"/>
        </w:rPr>
        <w:t xml:space="preserve">va </w:t>
      </w:r>
      <w:r w:rsidRPr="00395462">
        <w:rPr>
          <w:rFonts w:ascii="Aptos" w:hAnsi="Aptos"/>
          <w:lang w:val="ro-RO"/>
        </w:rPr>
        <w:t xml:space="preserve">adapta materialele de comunicare, va contribui la distribuirea </w:t>
      </w:r>
      <w:r w:rsidR="00395462">
        <w:rPr>
          <w:rFonts w:ascii="Aptos" w:hAnsi="Aptos"/>
          <w:lang w:val="ro-RO"/>
        </w:rPr>
        <w:t>acestora</w:t>
      </w:r>
      <w:r w:rsidRPr="00395462">
        <w:rPr>
          <w:rFonts w:ascii="Aptos" w:hAnsi="Aptos"/>
          <w:lang w:val="ro-RO"/>
        </w:rPr>
        <w:t xml:space="preserve"> prin canalele CASMED și ale partenerilor și va documenta rezultatele campaniei, în coordonare cu echipa proiectului.</w:t>
      </w:r>
    </w:p>
    <w:p w14:paraId="7E3211A6" w14:textId="77777777" w:rsidR="002F7AD5" w:rsidRDefault="002F7AD5" w:rsidP="00363C40">
      <w:pPr>
        <w:pStyle w:val="NoSpacing"/>
        <w:jc w:val="both"/>
        <w:rPr>
          <w:rFonts w:ascii="Aptos" w:hAnsi="Aptos"/>
          <w:b/>
          <w:bCs/>
          <w:lang w:val="ro-RO"/>
        </w:rPr>
      </w:pPr>
    </w:p>
    <w:p w14:paraId="45C22850" w14:textId="3F42BBF9" w:rsidR="00642649" w:rsidRPr="00395462" w:rsidRDefault="00000000" w:rsidP="00363C40">
      <w:pPr>
        <w:pStyle w:val="NoSpacing"/>
        <w:jc w:val="both"/>
        <w:rPr>
          <w:rFonts w:ascii="Aptos" w:hAnsi="Aptos"/>
          <w:b/>
          <w:bCs/>
          <w:lang w:val="ro-RO"/>
        </w:rPr>
      </w:pPr>
      <w:r w:rsidRPr="00395462">
        <w:rPr>
          <w:rFonts w:ascii="Aptos" w:hAnsi="Aptos"/>
          <w:b/>
          <w:bCs/>
          <w:lang w:val="ro-RO"/>
        </w:rPr>
        <w:t>4. Serviciile solicitate</w:t>
      </w:r>
    </w:p>
    <w:p w14:paraId="44916DE3"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4.1. Planificarea și pregătirea campaniei</w:t>
      </w:r>
    </w:p>
    <w:p w14:paraId="1A317BBA" w14:textId="6E71DD85" w:rsidR="00642649" w:rsidRPr="00395462" w:rsidRDefault="00000000" w:rsidP="00363C40">
      <w:pPr>
        <w:pStyle w:val="NoSpacing"/>
        <w:jc w:val="both"/>
        <w:rPr>
          <w:rFonts w:ascii="Aptos" w:hAnsi="Aptos"/>
          <w:lang w:val="ro-RO"/>
        </w:rPr>
      </w:pPr>
      <w:r w:rsidRPr="00395462">
        <w:rPr>
          <w:rFonts w:ascii="Aptos" w:hAnsi="Aptos"/>
          <w:lang w:val="ro-RO"/>
        </w:rPr>
        <w:t xml:space="preserve">•  Elaborarea planului de comunicare și vizibilitate, cu precizarea publicului vizat, </w:t>
      </w:r>
      <w:r w:rsidR="00395462">
        <w:rPr>
          <w:rFonts w:ascii="Aptos" w:hAnsi="Aptos"/>
          <w:lang w:val="ro-RO"/>
        </w:rPr>
        <w:t xml:space="preserve">a mesajelor principale, a canalelor de distribuire, a calendarului editorial și a </w:t>
      </w:r>
      <w:r w:rsidRPr="00395462">
        <w:rPr>
          <w:rFonts w:ascii="Aptos" w:hAnsi="Aptos"/>
          <w:lang w:val="ro-RO"/>
        </w:rPr>
        <w:t>indicatorilor de monitorizare.</w:t>
      </w:r>
    </w:p>
    <w:p w14:paraId="77645560" w14:textId="7EB3C381" w:rsidR="00642649" w:rsidRPr="00395462" w:rsidRDefault="00000000" w:rsidP="00363C40">
      <w:pPr>
        <w:pStyle w:val="NoSpacing"/>
        <w:jc w:val="both"/>
        <w:rPr>
          <w:rFonts w:ascii="Aptos" w:hAnsi="Aptos"/>
          <w:lang w:val="ro-RO"/>
        </w:rPr>
      </w:pPr>
      <w:r w:rsidRPr="00395462">
        <w:rPr>
          <w:rFonts w:ascii="Aptos" w:hAnsi="Aptos"/>
          <w:lang w:val="ro-RO"/>
        </w:rPr>
        <w:t xml:space="preserve">•  Pregătirea unor modele unitare de afișe, postări, materiale informative și mesaje pentru partenerii locali, în conformitate cu cerințele de vizibilitate </w:t>
      </w:r>
      <w:r w:rsidR="00395462">
        <w:rPr>
          <w:rFonts w:ascii="Aptos" w:hAnsi="Aptos"/>
          <w:lang w:val="ro-RO"/>
        </w:rPr>
        <w:t xml:space="preserve">ale </w:t>
      </w:r>
      <w:r w:rsidRPr="00395462">
        <w:rPr>
          <w:rFonts w:ascii="Aptos" w:hAnsi="Aptos"/>
          <w:lang w:val="ro-RO"/>
        </w:rPr>
        <w:t xml:space="preserve">UN </w:t>
      </w:r>
      <w:proofErr w:type="spellStart"/>
      <w:r w:rsidRPr="00395462">
        <w:rPr>
          <w:rFonts w:ascii="Aptos" w:hAnsi="Aptos"/>
          <w:lang w:val="ro-RO"/>
        </w:rPr>
        <w:t>Women</w:t>
      </w:r>
      <w:proofErr w:type="spellEnd"/>
      <w:r w:rsidRPr="00395462">
        <w:rPr>
          <w:rFonts w:ascii="Aptos" w:hAnsi="Aptos"/>
          <w:lang w:val="ro-RO"/>
        </w:rPr>
        <w:t xml:space="preserve"> și </w:t>
      </w:r>
      <w:r w:rsidR="00C547A4">
        <w:rPr>
          <w:rFonts w:ascii="Aptos" w:hAnsi="Aptos"/>
          <w:lang w:val="ro-RO"/>
        </w:rPr>
        <w:t xml:space="preserve">ale </w:t>
      </w:r>
      <w:r w:rsidRPr="00395462">
        <w:rPr>
          <w:rFonts w:ascii="Aptos" w:hAnsi="Aptos"/>
          <w:lang w:val="ro-RO"/>
        </w:rPr>
        <w:t>ADA.</w:t>
      </w:r>
    </w:p>
    <w:p w14:paraId="5F2C36AA" w14:textId="77777777" w:rsidR="00642649" w:rsidRPr="00395462" w:rsidRDefault="00000000" w:rsidP="00363C40">
      <w:pPr>
        <w:pStyle w:val="NoSpacing"/>
        <w:jc w:val="both"/>
        <w:rPr>
          <w:rFonts w:ascii="Aptos" w:hAnsi="Aptos"/>
          <w:lang w:val="ro-RO"/>
        </w:rPr>
      </w:pPr>
      <w:r w:rsidRPr="00395462">
        <w:rPr>
          <w:rFonts w:ascii="Aptos" w:hAnsi="Aptos"/>
          <w:lang w:val="ro-RO"/>
        </w:rPr>
        <w:t>•  Redactarea și adaptarea în limbile română și rusă a anunțurilor de recrutare și a materialelor de prezentare a proiectului, în forme accesibile pentru femeile din comunitățile urbane și rurale.</w:t>
      </w:r>
    </w:p>
    <w:p w14:paraId="3E39FC16"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4.2. Elaborarea și distribuirea materialelor</w:t>
      </w:r>
    </w:p>
    <w:p w14:paraId="5188BA26" w14:textId="7D0586E8" w:rsidR="00642649" w:rsidRPr="00395462" w:rsidRDefault="00000000" w:rsidP="00363C40">
      <w:pPr>
        <w:pStyle w:val="NoSpacing"/>
        <w:jc w:val="both"/>
        <w:rPr>
          <w:rFonts w:ascii="Aptos" w:hAnsi="Aptos"/>
          <w:lang w:val="ro-RO"/>
        </w:rPr>
      </w:pPr>
      <w:r w:rsidRPr="00395462">
        <w:rPr>
          <w:rFonts w:ascii="Aptos" w:hAnsi="Aptos"/>
          <w:lang w:val="ro-RO"/>
        </w:rPr>
        <w:t xml:space="preserve">•  Elaborarea conținutului editorial și vizual pentru canalele online ale CASMED, potrivit calendarului aprobat; orientativ, minimum </w:t>
      </w:r>
      <w:r w:rsidR="00395462">
        <w:rPr>
          <w:rFonts w:ascii="Aptos" w:hAnsi="Aptos"/>
          <w:lang w:val="ro-RO"/>
        </w:rPr>
        <w:t>8 materiale de comunicare bilingve pe lună,</w:t>
      </w:r>
      <w:r w:rsidRPr="00395462">
        <w:rPr>
          <w:rFonts w:ascii="Aptos" w:hAnsi="Aptos"/>
          <w:lang w:val="ro-RO"/>
        </w:rPr>
        <w:t xml:space="preserve"> în perioada campaniei.</w:t>
      </w:r>
    </w:p>
    <w:p w14:paraId="055A1BB3" w14:textId="77777777" w:rsidR="00642649" w:rsidRPr="00395462" w:rsidRDefault="00000000" w:rsidP="00363C40">
      <w:pPr>
        <w:pStyle w:val="NoSpacing"/>
        <w:jc w:val="both"/>
        <w:rPr>
          <w:rFonts w:ascii="Aptos" w:hAnsi="Aptos"/>
          <w:lang w:val="ro-RO"/>
        </w:rPr>
      </w:pPr>
      <w:r w:rsidRPr="00395462">
        <w:rPr>
          <w:rFonts w:ascii="Aptos" w:hAnsi="Aptos"/>
          <w:lang w:val="ro-RO"/>
        </w:rPr>
        <w:t>•  Adaptarea mesajelor de recrutare la calendarul grupurilor de participante și transmiterea materialelor către primării, asistenți sociali, biblioteci, instituții de ocupare și alți parteneri locali.</w:t>
      </w:r>
    </w:p>
    <w:p w14:paraId="6CE557F9" w14:textId="376D2E44" w:rsidR="00642649" w:rsidRPr="00395462" w:rsidRDefault="00000000" w:rsidP="00363C40">
      <w:pPr>
        <w:pStyle w:val="NoSpacing"/>
        <w:jc w:val="both"/>
        <w:rPr>
          <w:rFonts w:ascii="Aptos" w:hAnsi="Aptos"/>
          <w:lang w:val="ro-RO"/>
        </w:rPr>
      </w:pPr>
      <w:r w:rsidRPr="00395462">
        <w:rPr>
          <w:rFonts w:ascii="Aptos" w:hAnsi="Aptos"/>
          <w:lang w:val="ro-RO"/>
        </w:rPr>
        <w:lastRenderedPageBreak/>
        <w:t xml:space="preserve">•  Pregătirea materialelor informative despre serviciile proiectului, măsurile ANOFM, programele ODA și oportunitățile de formare profesională sau </w:t>
      </w:r>
      <w:r w:rsidR="00395462">
        <w:rPr>
          <w:rFonts w:ascii="Aptos" w:hAnsi="Aptos"/>
          <w:lang w:val="ro-RO"/>
        </w:rPr>
        <w:t xml:space="preserve">de </w:t>
      </w:r>
      <w:r w:rsidRPr="00395462">
        <w:rPr>
          <w:rFonts w:ascii="Aptos" w:hAnsi="Aptos"/>
          <w:lang w:val="ro-RO"/>
        </w:rPr>
        <w:t xml:space="preserve">inițiere </w:t>
      </w:r>
      <w:r w:rsidR="00395462">
        <w:rPr>
          <w:rFonts w:ascii="Aptos" w:hAnsi="Aptos"/>
          <w:lang w:val="ro-RO"/>
        </w:rPr>
        <w:t>în activități</w:t>
      </w:r>
      <w:r w:rsidRPr="00395462">
        <w:rPr>
          <w:rFonts w:ascii="Aptos" w:hAnsi="Aptos"/>
          <w:lang w:val="ro-RO"/>
        </w:rPr>
        <w:t xml:space="preserve"> independente.</w:t>
      </w:r>
    </w:p>
    <w:p w14:paraId="356CE345" w14:textId="77777777" w:rsidR="00642649" w:rsidRPr="00395462" w:rsidRDefault="00000000" w:rsidP="00363C40">
      <w:pPr>
        <w:pStyle w:val="NoSpacing"/>
        <w:jc w:val="both"/>
        <w:rPr>
          <w:rFonts w:ascii="Aptos" w:hAnsi="Aptos"/>
          <w:lang w:val="ro-RO"/>
        </w:rPr>
      </w:pPr>
      <w:r w:rsidRPr="00395462">
        <w:rPr>
          <w:rFonts w:ascii="Aptos" w:hAnsi="Aptos"/>
          <w:lang w:val="ro-RO"/>
        </w:rPr>
        <w:t>•  Pregătirea materialelor vizuale pentru instruiri, întâlniri cu angajatorii și alte evenimente ale proiectului, precum și actualizarea informațiilor de pe pagina web dedicată proiectului, în colaborare cu administratorul site-ului CASMED.</w:t>
      </w:r>
    </w:p>
    <w:p w14:paraId="2D5792A1" w14:textId="687BD5FD" w:rsidR="00642649" w:rsidRPr="00395462" w:rsidRDefault="00000000" w:rsidP="00363C40">
      <w:pPr>
        <w:pStyle w:val="NoSpacing"/>
        <w:jc w:val="both"/>
        <w:rPr>
          <w:rFonts w:ascii="Aptos" w:hAnsi="Aptos"/>
          <w:lang w:val="ro-RO"/>
        </w:rPr>
      </w:pPr>
      <w:r w:rsidRPr="00395462">
        <w:rPr>
          <w:rFonts w:ascii="Aptos" w:hAnsi="Aptos"/>
          <w:lang w:val="ro-RO"/>
        </w:rPr>
        <w:t>•  Sprijin editorial pentru planificarea celor două reportaje media</w:t>
      </w:r>
      <w:r w:rsidR="00395462">
        <w:rPr>
          <w:rFonts w:ascii="Aptos" w:hAnsi="Aptos"/>
          <w:lang w:val="ro-RO"/>
        </w:rPr>
        <w:t>, contractate separat de CASMED, și pentru</w:t>
      </w:r>
      <w:r w:rsidRPr="00395462">
        <w:rPr>
          <w:rFonts w:ascii="Aptos" w:hAnsi="Aptos"/>
          <w:lang w:val="ro-RO"/>
        </w:rPr>
        <w:t xml:space="preserve"> coordonarea mesajelor utilizate în promovarea digitală plătită.</w:t>
      </w:r>
    </w:p>
    <w:p w14:paraId="13A0E5AF"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4.3. Documentarea rezultatelor și raportarea</w:t>
      </w:r>
    </w:p>
    <w:p w14:paraId="1E983116" w14:textId="77777777" w:rsidR="00642649" w:rsidRPr="00395462" w:rsidRDefault="00000000" w:rsidP="00363C40">
      <w:pPr>
        <w:pStyle w:val="NoSpacing"/>
        <w:jc w:val="both"/>
        <w:rPr>
          <w:rFonts w:ascii="Aptos" w:hAnsi="Aptos"/>
          <w:lang w:val="ro-RO"/>
        </w:rPr>
      </w:pPr>
      <w:r w:rsidRPr="00395462">
        <w:rPr>
          <w:rFonts w:ascii="Aptos" w:hAnsi="Aptos"/>
          <w:lang w:val="ro-RO"/>
        </w:rPr>
        <w:t>•  Documentarea a cel puțin șase povești relevante despre parcursul participantelor, experiența angajatorilor sau contribuția partenerilor, cu acordul persoanelor implicate.</w:t>
      </w:r>
    </w:p>
    <w:p w14:paraId="4F9FC98C" w14:textId="77777777" w:rsidR="00642649" w:rsidRPr="00395462" w:rsidRDefault="00000000" w:rsidP="00363C40">
      <w:pPr>
        <w:pStyle w:val="NoSpacing"/>
        <w:jc w:val="both"/>
        <w:rPr>
          <w:rFonts w:ascii="Aptos" w:hAnsi="Aptos"/>
          <w:lang w:val="ro-RO"/>
        </w:rPr>
      </w:pPr>
      <w:r w:rsidRPr="00395462">
        <w:rPr>
          <w:rFonts w:ascii="Aptos" w:hAnsi="Aptos"/>
          <w:lang w:val="ro-RO"/>
        </w:rPr>
        <w:t>•  Colectarea datelor disponibile privind comunicarea: materiale publicate, acoperire, interacțiuni și interesul exprimat pentru înscriere, în limitele indicatorilor oferiți de canalele utilizate.</w:t>
      </w:r>
    </w:p>
    <w:p w14:paraId="4003CE4F" w14:textId="77777777" w:rsidR="00642649" w:rsidRPr="00395462" w:rsidRDefault="00000000" w:rsidP="00363C40">
      <w:pPr>
        <w:pStyle w:val="NoSpacing"/>
        <w:jc w:val="both"/>
        <w:rPr>
          <w:rFonts w:ascii="Aptos" w:hAnsi="Aptos"/>
          <w:lang w:val="ro-RO"/>
        </w:rPr>
      </w:pPr>
      <w:r w:rsidRPr="00395462">
        <w:rPr>
          <w:rFonts w:ascii="Aptos" w:hAnsi="Aptos"/>
          <w:lang w:val="ro-RO"/>
        </w:rPr>
        <w:t>•  Pregătirea unei sinteze finale a comunicării și predarea organizată a textelor, fotografiilor aprobate pentru utilizare, machetelor și celorlalte fișiere editabile.</w:t>
      </w:r>
    </w:p>
    <w:p w14:paraId="6D0E8D5B" w14:textId="77777777" w:rsidR="00642649" w:rsidRPr="00395462" w:rsidRDefault="00000000" w:rsidP="00363C40">
      <w:pPr>
        <w:pStyle w:val="NoSpacing"/>
        <w:jc w:val="both"/>
        <w:rPr>
          <w:rFonts w:ascii="Aptos" w:hAnsi="Aptos"/>
          <w:lang w:val="ro-RO"/>
        </w:rPr>
      </w:pPr>
      <w:r w:rsidRPr="00395462">
        <w:rPr>
          <w:rFonts w:ascii="Aptos" w:hAnsi="Aptos"/>
          <w:lang w:val="ro-RO"/>
        </w:rPr>
        <w:t>Toate materialele destinate publicării vor fi coordonate cu CASMED înainte de difuzare. Comunicarea va respecta demnitatea participantelor, consimțământul informat, dreptul la imagine și confidențialitatea datelor personale.</w:t>
      </w:r>
    </w:p>
    <w:p w14:paraId="6251C209" w14:textId="77777777" w:rsidR="00642649" w:rsidRPr="00395462" w:rsidRDefault="00000000" w:rsidP="00363C40">
      <w:pPr>
        <w:pStyle w:val="NoSpacing"/>
        <w:jc w:val="both"/>
        <w:rPr>
          <w:rFonts w:ascii="Aptos" w:hAnsi="Aptos"/>
          <w:lang w:val="ro-RO"/>
        </w:rPr>
      </w:pPr>
      <w:r w:rsidRPr="00395462">
        <w:rPr>
          <w:rFonts w:ascii="Aptos" w:hAnsi="Aptos"/>
          <w:lang w:val="ro-RO"/>
        </w:rPr>
        <w:t>Tipărirea materialelor, publicitatea plătită și producția profesională a celor două reportaje media sunt finanțate sau contractate separat de CASMED și nu fac parte din serviciile tarifate în cadrul prezentului concurs.</w:t>
      </w:r>
    </w:p>
    <w:p w14:paraId="67D05B12" w14:textId="77777777" w:rsidR="002F7AD5" w:rsidRDefault="002F7AD5" w:rsidP="00363C40">
      <w:pPr>
        <w:pStyle w:val="NoSpacing"/>
        <w:jc w:val="both"/>
        <w:rPr>
          <w:rFonts w:ascii="Aptos" w:hAnsi="Aptos"/>
          <w:b/>
          <w:bCs/>
          <w:lang w:val="ro-RO"/>
        </w:rPr>
      </w:pPr>
    </w:p>
    <w:p w14:paraId="758DB559" w14:textId="2CA5984C" w:rsidR="00642649" w:rsidRPr="00395462" w:rsidRDefault="00000000" w:rsidP="00363C40">
      <w:pPr>
        <w:pStyle w:val="NoSpacing"/>
        <w:jc w:val="both"/>
        <w:rPr>
          <w:rFonts w:ascii="Aptos" w:hAnsi="Aptos"/>
          <w:b/>
          <w:bCs/>
          <w:lang w:val="ro-RO"/>
        </w:rPr>
      </w:pPr>
      <w:r w:rsidRPr="00395462">
        <w:rPr>
          <w:rFonts w:ascii="Aptos" w:hAnsi="Aptos"/>
          <w:b/>
          <w:bCs/>
          <w:lang w:val="ro-RO"/>
        </w:rPr>
        <w:t>5. Livrabile și volumul estimat</w:t>
      </w:r>
    </w:p>
    <w:p w14:paraId="58730E9E" w14:textId="58C0000C" w:rsidR="00642649" w:rsidRPr="00395462" w:rsidRDefault="00000000" w:rsidP="00363C40">
      <w:pPr>
        <w:pStyle w:val="NoSpacing"/>
        <w:jc w:val="both"/>
        <w:rPr>
          <w:rFonts w:ascii="Aptos" w:hAnsi="Aptos"/>
          <w:lang w:val="ro-RO"/>
        </w:rPr>
      </w:pPr>
      <w:r w:rsidRPr="00395462">
        <w:rPr>
          <w:rFonts w:ascii="Aptos" w:hAnsi="Aptos"/>
          <w:lang w:val="ro-RO"/>
        </w:rPr>
        <w:t xml:space="preserve">Activitățile vor fi desfășurate </w:t>
      </w:r>
      <w:r w:rsidR="00395462">
        <w:rPr>
          <w:rFonts w:ascii="Aptos" w:hAnsi="Aptos"/>
          <w:lang w:val="ro-RO"/>
        </w:rPr>
        <w:t>conform</w:t>
      </w:r>
      <w:r w:rsidRPr="00395462">
        <w:rPr>
          <w:rFonts w:ascii="Aptos" w:hAnsi="Aptos"/>
          <w:lang w:val="ro-RO"/>
        </w:rPr>
        <w:t xml:space="preserve"> calendarului convenit cu CASMED. Repartizarea de mai jos are caracter orientativ și poate fi ajustată în funcție de necesitățile campaniei, fără </w:t>
      </w:r>
      <w:r w:rsidR="00395462">
        <w:rPr>
          <w:rFonts w:ascii="Aptos" w:hAnsi="Aptos"/>
          <w:lang w:val="ro-RO"/>
        </w:rPr>
        <w:t>a depăși volumul</w:t>
      </w:r>
      <w:r w:rsidRPr="00395462">
        <w:rPr>
          <w:rFonts w:ascii="Aptos" w:hAnsi="Aptos"/>
          <w:lang w:val="ro-RO"/>
        </w:rPr>
        <w:t xml:space="preserve"> total contractat.</w:t>
      </w:r>
    </w:p>
    <w:tbl>
      <w:tblPr>
        <w:tblStyle w:val="TableGrid"/>
        <w:tblW w:w="0" w:type="auto"/>
        <w:tblInd w:w="108" w:type="dxa"/>
        <w:tblLayout w:type="fixed"/>
        <w:tblLook w:val="04A0" w:firstRow="1" w:lastRow="0" w:firstColumn="1" w:lastColumn="0" w:noHBand="0" w:noVBand="1"/>
      </w:tblPr>
      <w:tblGrid>
        <w:gridCol w:w="992"/>
        <w:gridCol w:w="4139"/>
        <w:gridCol w:w="3329"/>
        <w:gridCol w:w="1170"/>
      </w:tblGrid>
      <w:tr w:rsidR="00642649" w:rsidRPr="00395462" w14:paraId="65C640F8" w14:textId="77777777" w:rsidTr="002F7AD5">
        <w:tc>
          <w:tcPr>
            <w:tcW w:w="992" w:type="dxa"/>
          </w:tcPr>
          <w:p w14:paraId="5104A3D5"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Cod</w:t>
            </w:r>
          </w:p>
        </w:tc>
        <w:tc>
          <w:tcPr>
            <w:tcW w:w="4139" w:type="dxa"/>
          </w:tcPr>
          <w:p w14:paraId="3A0DF374"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Livrabil / serviciu</w:t>
            </w:r>
          </w:p>
        </w:tc>
        <w:tc>
          <w:tcPr>
            <w:tcW w:w="3329" w:type="dxa"/>
          </w:tcPr>
          <w:p w14:paraId="44417126"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Termen orientativ</w:t>
            </w:r>
          </w:p>
        </w:tc>
        <w:tc>
          <w:tcPr>
            <w:tcW w:w="1170" w:type="dxa"/>
          </w:tcPr>
          <w:p w14:paraId="1D9E87A3" w14:textId="77777777" w:rsidR="00642649" w:rsidRPr="00395462" w:rsidRDefault="00000000" w:rsidP="00363C40">
            <w:pPr>
              <w:pStyle w:val="NoSpacing"/>
              <w:jc w:val="both"/>
              <w:rPr>
                <w:rFonts w:ascii="Aptos" w:hAnsi="Aptos"/>
                <w:b/>
                <w:bCs/>
                <w:lang w:val="ro-RO"/>
              </w:rPr>
            </w:pPr>
            <w:r w:rsidRPr="00395462">
              <w:rPr>
                <w:rFonts w:ascii="Aptos" w:hAnsi="Aptos"/>
                <w:b/>
                <w:bCs/>
                <w:lang w:val="ro-RO"/>
              </w:rPr>
              <w:t>Ore</w:t>
            </w:r>
          </w:p>
        </w:tc>
      </w:tr>
      <w:tr w:rsidR="00642649" w:rsidRPr="00395462" w14:paraId="161DF578" w14:textId="77777777" w:rsidTr="002F7AD5">
        <w:tc>
          <w:tcPr>
            <w:tcW w:w="992" w:type="dxa"/>
          </w:tcPr>
          <w:p w14:paraId="01B75240" w14:textId="77777777" w:rsidR="00642649" w:rsidRPr="00395462" w:rsidRDefault="00000000" w:rsidP="00363C40">
            <w:pPr>
              <w:pStyle w:val="NoSpacing"/>
              <w:jc w:val="both"/>
              <w:rPr>
                <w:rFonts w:ascii="Aptos" w:hAnsi="Aptos"/>
                <w:lang w:val="ro-RO"/>
              </w:rPr>
            </w:pPr>
            <w:r w:rsidRPr="00395462">
              <w:rPr>
                <w:rFonts w:ascii="Aptos" w:hAnsi="Aptos"/>
                <w:lang w:val="ro-RO"/>
              </w:rPr>
              <w:t>L1</w:t>
            </w:r>
          </w:p>
        </w:tc>
        <w:tc>
          <w:tcPr>
            <w:tcW w:w="4139" w:type="dxa"/>
          </w:tcPr>
          <w:p w14:paraId="70DB00CB" w14:textId="77777777" w:rsidR="00642649" w:rsidRPr="00395462" w:rsidRDefault="00000000" w:rsidP="00363C40">
            <w:pPr>
              <w:pStyle w:val="NoSpacing"/>
              <w:jc w:val="both"/>
              <w:rPr>
                <w:rFonts w:ascii="Aptos" w:hAnsi="Aptos"/>
                <w:lang w:val="ro-RO"/>
              </w:rPr>
            </w:pPr>
            <w:r w:rsidRPr="00395462">
              <w:rPr>
                <w:rFonts w:ascii="Aptos" w:hAnsi="Aptos"/>
                <w:lang w:val="ro-RO"/>
              </w:rPr>
              <w:t>Plan de comunicare, calendar editorial și modele de materiale vizuale</w:t>
            </w:r>
          </w:p>
        </w:tc>
        <w:tc>
          <w:tcPr>
            <w:tcW w:w="3329" w:type="dxa"/>
          </w:tcPr>
          <w:p w14:paraId="1CBA57A6" w14:textId="77777777" w:rsidR="00642649" w:rsidRPr="00395462" w:rsidRDefault="00000000" w:rsidP="00363C40">
            <w:pPr>
              <w:pStyle w:val="NoSpacing"/>
              <w:jc w:val="both"/>
              <w:rPr>
                <w:rFonts w:ascii="Aptos" w:hAnsi="Aptos"/>
                <w:lang w:val="ro-RO"/>
              </w:rPr>
            </w:pPr>
            <w:r w:rsidRPr="00395462">
              <w:rPr>
                <w:rFonts w:ascii="Aptos" w:hAnsi="Aptos"/>
                <w:lang w:val="ro-RO"/>
              </w:rPr>
              <w:t>În primele 15 zile de la semnarea contractului</w:t>
            </w:r>
          </w:p>
        </w:tc>
        <w:tc>
          <w:tcPr>
            <w:tcW w:w="1170" w:type="dxa"/>
          </w:tcPr>
          <w:p w14:paraId="33C13513" w14:textId="77777777" w:rsidR="00642649" w:rsidRPr="00395462" w:rsidRDefault="00000000" w:rsidP="00363C40">
            <w:pPr>
              <w:pStyle w:val="NoSpacing"/>
              <w:jc w:val="both"/>
              <w:rPr>
                <w:rFonts w:ascii="Aptos" w:hAnsi="Aptos"/>
                <w:lang w:val="ro-RO"/>
              </w:rPr>
            </w:pPr>
            <w:r w:rsidRPr="00395462">
              <w:rPr>
                <w:rFonts w:ascii="Aptos" w:hAnsi="Aptos"/>
                <w:lang w:val="ro-RO"/>
              </w:rPr>
              <w:t>25</w:t>
            </w:r>
          </w:p>
        </w:tc>
      </w:tr>
      <w:tr w:rsidR="00642649" w:rsidRPr="00395462" w14:paraId="406A26C0" w14:textId="77777777" w:rsidTr="002F7AD5">
        <w:tc>
          <w:tcPr>
            <w:tcW w:w="992" w:type="dxa"/>
          </w:tcPr>
          <w:p w14:paraId="165EAEB9" w14:textId="77777777" w:rsidR="00642649" w:rsidRPr="00395462" w:rsidRDefault="00000000" w:rsidP="00363C40">
            <w:pPr>
              <w:pStyle w:val="NoSpacing"/>
              <w:jc w:val="both"/>
              <w:rPr>
                <w:rFonts w:ascii="Aptos" w:hAnsi="Aptos"/>
                <w:lang w:val="ro-RO"/>
              </w:rPr>
            </w:pPr>
            <w:r w:rsidRPr="00395462">
              <w:rPr>
                <w:rFonts w:ascii="Aptos" w:hAnsi="Aptos"/>
                <w:lang w:val="ro-RO"/>
              </w:rPr>
              <w:t>L2</w:t>
            </w:r>
          </w:p>
        </w:tc>
        <w:tc>
          <w:tcPr>
            <w:tcW w:w="4139" w:type="dxa"/>
          </w:tcPr>
          <w:p w14:paraId="4961B68A" w14:textId="77777777" w:rsidR="00642649" w:rsidRPr="00395462" w:rsidRDefault="00000000" w:rsidP="00363C40">
            <w:pPr>
              <w:pStyle w:val="NoSpacing"/>
              <w:jc w:val="both"/>
              <w:rPr>
                <w:rFonts w:ascii="Aptos" w:hAnsi="Aptos"/>
                <w:lang w:val="ro-RO"/>
              </w:rPr>
            </w:pPr>
            <w:r w:rsidRPr="00395462">
              <w:rPr>
                <w:rFonts w:ascii="Aptos" w:hAnsi="Aptos"/>
                <w:lang w:val="ro-RO"/>
              </w:rPr>
              <w:t>Materiale de lansare și recrutare: anunțuri, afișe, mesaje pentru parteneri și conținut bilingv</w:t>
            </w:r>
          </w:p>
        </w:tc>
        <w:tc>
          <w:tcPr>
            <w:tcW w:w="3329" w:type="dxa"/>
          </w:tcPr>
          <w:p w14:paraId="44A4A2FA" w14:textId="77777777" w:rsidR="00642649" w:rsidRPr="00395462" w:rsidRDefault="00000000" w:rsidP="00363C40">
            <w:pPr>
              <w:pStyle w:val="NoSpacing"/>
              <w:jc w:val="both"/>
              <w:rPr>
                <w:rFonts w:ascii="Aptos" w:hAnsi="Aptos"/>
                <w:lang w:val="ro-RO"/>
              </w:rPr>
            </w:pPr>
            <w:r w:rsidRPr="00395462">
              <w:rPr>
                <w:rFonts w:ascii="Aptos" w:hAnsi="Aptos"/>
                <w:lang w:val="ro-RO"/>
              </w:rPr>
              <w:t>Decembrie 2026, potrivit calendarului de recrutare</w:t>
            </w:r>
          </w:p>
        </w:tc>
        <w:tc>
          <w:tcPr>
            <w:tcW w:w="1170" w:type="dxa"/>
          </w:tcPr>
          <w:p w14:paraId="7B0D184C" w14:textId="77777777" w:rsidR="00642649" w:rsidRPr="00395462" w:rsidRDefault="00000000" w:rsidP="00363C40">
            <w:pPr>
              <w:pStyle w:val="NoSpacing"/>
              <w:jc w:val="both"/>
              <w:rPr>
                <w:rFonts w:ascii="Aptos" w:hAnsi="Aptos"/>
                <w:lang w:val="ro-RO"/>
              </w:rPr>
            </w:pPr>
            <w:r w:rsidRPr="00395462">
              <w:rPr>
                <w:rFonts w:ascii="Aptos" w:hAnsi="Aptos"/>
                <w:lang w:val="ro-RO"/>
              </w:rPr>
              <w:t>35</w:t>
            </w:r>
          </w:p>
        </w:tc>
      </w:tr>
      <w:tr w:rsidR="00642649" w:rsidRPr="00395462" w14:paraId="745A5438" w14:textId="77777777" w:rsidTr="002F7AD5">
        <w:tc>
          <w:tcPr>
            <w:tcW w:w="992" w:type="dxa"/>
          </w:tcPr>
          <w:p w14:paraId="435D796E" w14:textId="77777777" w:rsidR="00642649" w:rsidRPr="00395462" w:rsidRDefault="00000000" w:rsidP="00363C40">
            <w:pPr>
              <w:pStyle w:val="NoSpacing"/>
              <w:jc w:val="both"/>
              <w:rPr>
                <w:rFonts w:ascii="Aptos" w:hAnsi="Aptos"/>
                <w:lang w:val="ro-RO"/>
              </w:rPr>
            </w:pPr>
            <w:r w:rsidRPr="00395462">
              <w:rPr>
                <w:rFonts w:ascii="Aptos" w:hAnsi="Aptos"/>
                <w:lang w:val="ro-RO"/>
              </w:rPr>
              <w:t>L3</w:t>
            </w:r>
          </w:p>
        </w:tc>
        <w:tc>
          <w:tcPr>
            <w:tcW w:w="4139" w:type="dxa"/>
          </w:tcPr>
          <w:p w14:paraId="74083717" w14:textId="77777777" w:rsidR="00642649" w:rsidRPr="00395462" w:rsidRDefault="00000000" w:rsidP="00363C40">
            <w:pPr>
              <w:pStyle w:val="NoSpacing"/>
              <w:jc w:val="both"/>
              <w:rPr>
                <w:rFonts w:ascii="Aptos" w:hAnsi="Aptos"/>
                <w:lang w:val="ro-RO"/>
              </w:rPr>
            </w:pPr>
            <w:r w:rsidRPr="00395462">
              <w:rPr>
                <w:rFonts w:ascii="Aptos" w:hAnsi="Aptos"/>
                <w:lang w:val="ro-RO"/>
              </w:rPr>
              <w:t>Pachete periodice de conținut, distribuire, actualizări online și evidența rezultatelor</w:t>
            </w:r>
          </w:p>
        </w:tc>
        <w:tc>
          <w:tcPr>
            <w:tcW w:w="3329" w:type="dxa"/>
          </w:tcPr>
          <w:p w14:paraId="7A366E27" w14:textId="77777777" w:rsidR="00642649" w:rsidRPr="00395462" w:rsidRDefault="00000000" w:rsidP="00363C40">
            <w:pPr>
              <w:pStyle w:val="NoSpacing"/>
              <w:jc w:val="both"/>
              <w:rPr>
                <w:rFonts w:ascii="Aptos" w:hAnsi="Aptos"/>
                <w:lang w:val="ro-RO"/>
              </w:rPr>
            </w:pPr>
            <w:r w:rsidRPr="00395462">
              <w:rPr>
                <w:rFonts w:ascii="Aptos" w:hAnsi="Aptos"/>
                <w:lang w:val="ro-RO"/>
              </w:rPr>
              <w:t>Decembrie 2026 – august 2027</w:t>
            </w:r>
          </w:p>
        </w:tc>
        <w:tc>
          <w:tcPr>
            <w:tcW w:w="1170" w:type="dxa"/>
          </w:tcPr>
          <w:p w14:paraId="152CD7AA" w14:textId="77777777" w:rsidR="00642649" w:rsidRPr="00395462" w:rsidRDefault="00000000" w:rsidP="00363C40">
            <w:pPr>
              <w:pStyle w:val="NoSpacing"/>
              <w:jc w:val="both"/>
              <w:rPr>
                <w:rFonts w:ascii="Aptos" w:hAnsi="Aptos"/>
                <w:lang w:val="ro-RO"/>
              </w:rPr>
            </w:pPr>
            <w:r w:rsidRPr="00395462">
              <w:rPr>
                <w:rFonts w:ascii="Aptos" w:hAnsi="Aptos"/>
                <w:lang w:val="ro-RO"/>
              </w:rPr>
              <w:t>135</w:t>
            </w:r>
          </w:p>
        </w:tc>
      </w:tr>
      <w:tr w:rsidR="00642649" w:rsidRPr="00395462" w14:paraId="7D4755FC" w14:textId="77777777" w:rsidTr="002F7AD5">
        <w:tc>
          <w:tcPr>
            <w:tcW w:w="992" w:type="dxa"/>
          </w:tcPr>
          <w:p w14:paraId="485DE2C7" w14:textId="77777777" w:rsidR="00642649" w:rsidRPr="00395462" w:rsidRDefault="00000000" w:rsidP="00363C40">
            <w:pPr>
              <w:pStyle w:val="NoSpacing"/>
              <w:jc w:val="both"/>
              <w:rPr>
                <w:rFonts w:ascii="Aptos" w:hAnsi="Aptos"/>
                <w:lang w:val="ro-RO"/>
              </w:rPr>
            </w:pPr>
            <w:r w:rsidRPr="00395462">
              <w:rPr>
                <w:rFonts w:ascii="Aptos" w:hAnsi="Aptos"/>
                <w:lang w:val="ro-RO"/>
              </w:rPr>
              <w:t>L4</w:t>
            </w:r>
          </w:p>
        </w:tc>
        <w:tc>
          <w:tcPr>
            <w:tcW w:w="4139" w:type="dxa"/>
          </w:tcPr>
          <w:p w14:paraId="54D1BEA3" w14:textId="77777777" w:rsidR="00642649" w:rsidRPr="00395462" w:rsidRDefault="00000000" w:rsidP="00363C40">
            <w:pPr>
              <w:pStyle w:val="NoSpacing"/>
              <w:jc w:val="both"/>
              <w:rPr>
                <w:rFonts w:ascii="Aptos" w:hAnsi="Aptos"/>
                <w:lang w:val="ro-RO"/>
              </w:rPr>
            </w:pPr>
            <w:r w:rsidRPr="00395462">
              <w:rPr>
                <w:rFonts w:ascii="Aptos" w:hAnsi="Aptos"/>
                <w:lang w:val="ro-RO"/>
              </w:rPr>
              <w:t>Minimum șase povești documentate și sprijin editorial pentru reportajele media</w:t>
            </w:r>
          </w:p>
        </w:tc>
        <w:tc>
          <w:tcPr>
            <w:tcW w:w="3329" w:type="dxa"/>
          </w:tcPr>
          <w:p w14:paraId="0D8B64F6" w14:textId="77777777" w:rsidR="00642649" w:rsidRPr="00395462" w:rsidRDefault="00000000" w:rsidP="00363C40">
            <w:pPr>
              <w:pStyle w:val="NoSpacing"/>
              <w:jc w:val="both"/>
              <w:rPr>
                <w:rFonts w:ascii="Aptos" w:hAnsi="Aptos"/>
                <w:lang w:val="ro-RO"/>
              </w:rPr>
            </w:pPr>
            <w:r w:rsidRPr="00395462">
              <w:rPr>
                <w:rFonts w:ascii="Aptos" w:hAnsi="Aptos"/>
                <w:lang w:val="ro-RO"/>
              </w:rPr>
              <w:t>Pe parcursul contractului</w:t>
            </w:r>
          </w:p>
        </w:tc>
        <w:tc>
          <w:tcPr>
            <w:tcW w:w="1170" w:type="dxa"/>
          </w:tcPr>
          <w:p w14:paraId="37ACDA81" w14:textId="77777777" w:rsidR="00642649" w:rsidRPr="00395462" w:rsidRDefault="00000000" w:rsidP="00363C40">
            <w:pPr>
              <w:pStyle w:val="NoSpacing"/>
              <w:jc w:val="both"/>
              <w:rPr>
                <w:rFonts w:ascii="Aptos" w:hAnsi="Aptos"/>
                <w:lang w:val="ro-RO"/>
              </w:rPr>
            </w:pPr>
            <w:r w:rsidRPr="00395462">
              <w:rPr>
                <w:rFonts w:ascii="Aptos" w:hAnsi="Aptos"/>
                <w:lang w:val="ro-RO"/>
              </w:rPr>
              <w:t>30</w:t>
            </w:r>
          </w:p>
        </w:tc>
      </w:tr>
      <w:tr w:rsidR="00642649" w:rsidRPr="00395462" w14:paraId="43FF5BF8" w14:textId="77777777" w:rsidTr="002F7AD5">
        <w:tc>
          <w:tcPr>
            <w:tcW w:w="992" w:type="dxa"/>
          </w:tcPr>
          <w:p w14:paraId="34BA9D8F" w14:textId="77777777" w:rsidR="00642649" w:rsidRPr="00395462" w:rsidRDefault="00000000" w:rsidP="00363C40">
            <w:pPr>
              <w:pStyle w:val="NoSpacing"/>
              <w:jc w:val="both"/>
              <w:rPr>
                <w:rFonts w:ascii="Aptos" w:hAnsi="Aptos"/>
                <w:lang w:val="ro-RO"/>
              </w:rPr>
            </w:pPr>
            <w:r w:rsidRPr="00395462">
              <w:rPr>
                <w:rFonts w:ascii="Aptos" w:hAnsi="Aptos"/>
                <w:lang w:val="ro-RO"/>
              </w:rPr>
              <w:t>L5</w:t>
            </w:r>
          </w:p>
        </w:tc>
        <w:tc>
          <w:tcPr>
            <w:tcW w:w="4139" w:type="dxa"/>
          </w:tcPr>
          <w:p w14:paraId="763B37E9" w14:textId="77777777" w:rsidR="00642649" w:rsidRPr="00395462" w:rsidRDefault="00000000" w:rsidP="00363C40">
            <w:pPr>
              <w:pStyle w:val="NoSpacing"/>
              <w:jc w:val="both"/>
              <w:rPr>
                <w:rFonts w:ascii="Aptos" w:hAnsi="Aptos"/>
                <w:lang w:val="ro-RO"/>
              </w:rPr>
            </w:pPr>
            <w:r w:rsidRPr="00395462">
              <w:rPr>
                <w:rFonts w:ascii="Aptos" w:hAnsi="Aptos"/>
                <w:lang w:val="ro-RO"/>
              </w:rPr>
              <w:t>Sinteza finală și arhiva materialelor în format editabil</w:t>
            </w:r>
          </w:p>
        </w:tc>
        <w:tc>
          <w:tcPr>
            <w:tcW w:w="3329" w:type="dxa"/>
          </w:tcPr>
          <w:p w14:paraId="58DCD1FD" w14:textId="77777777" w:rsidR="00642649" w:rsidRPr="00395462" w:rsidRDefault="00000000" w:rsidP="00363C40">
            <w:pPr>
              <w:pStyle w:val="NoSpacing"/>
              <w:jc w:val="both"/>
              <w:rPr>
                <w:rFonts w:ascii="Aptos" w:hAnsi="Aptos"/>
                <w:lang w:val="ro-RO"/>
              </w:rPr>
            </w:pPr>
            <w:r w:rsidRPr="00395462">
              <w:rPr>
                <w:rFonts w:ascii="Aptos" w:hAnsi="Aptos"/>
                <w:lang w:val="ro-RO"/>
              </w:rPr>
              <w:t>Până la 31 august 2027</w:t>
            </w:r>
          </w:p>
        </w:tc>
        <w:tc>
          <w:tcPr>
            <w:tcW w:w="1170" w:type="dxa"/>
          </w:tcPr>
          <w:p w14:paraId="2A70C9ED" w14:textId="77777777" w:rsidR="00642649" w:rsidRPr="00395462" w:rsidRDefault="00000000" w:rsidP="00363C40">
            <w:pPr>
              <w:pStyle w:val="NoSpacing"/>
              <w:jc w:val="both"/>
              <w:rPr>
                <w:rFonts w:ascii="Aptos" w:hAnsi="Aptos"/>
                <w:lang w:val="ro-RO"/>
              </w:rPr>
            </w:pPr>
            <w:r w:rsidRPr="00395462">
              <w:rPr>
                <w:rFonts w:ascii="Aptos" w:hAnsi="Aptos"/>
                <w:lang w:val="ro-RO"/>
              </w:rPr>
              <w:t>25</w:t>
            </w:r>
          </w:p>
        </w:tc>
      </w:tr>
      <w:tr w:rsidR="00642649" w:rsidRPr="00395462" w14:paraId="3F6C7EE5" w14:textId="77777777" w:rsidTr="002F7AD5">
        <w:tc>
          <w:tcPr>
            <w:tcW w:w="992" w:type="dxa"/>
          </w:tcPr>
          <w:p w14:paraId="36780EE3"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TOTAL</w:t>
            </w:r>
          </w:p>
        </w:tc>
        <w:tc>
          <w:tcPr>
            <w:tcW w:w="4139" w:type="dxa"/>
          </w:tcPr>
          <w:p w14:paraId="36DFF37B" w14:textId="77777777" w:rsidR="00642649" w:rsidRPr="00C547A4" w:rsidRDefault="00642649" w:rsidP="00363C40">
            <w:pPr>
              <w:pStyle w:val="NoSpacing"/>
              <w:jc w:val="both"/>
              <w:rPr>
                <w:rFonts w:ascii="Aptos" w:hAnsi="Aptos"/>
                <w:b/>
                <w:bCs/>
                <w:lang w:val="ro-RO"/>
              </w:rPr>
            </w:pPr>
          </w:p>
        </w:tc>
        <w:tc>
          <w:tcPr>
            <w:tcW w:w="3329" w:type="dxa"/>
          </w:tcPr>
          <w:p w14:paraId="488C876E" w14:textId="77777777" w:rsidR="00642649" w:rsidRPr="00C547A4" w:rsidRDefault="00642649" w:rsidP="00363C40">
            <w:pPr>
              <w:pStyle w:val="NoSpacing"/>
              <w:jc w:val="both"/>
              <w:rPr>
                <w:rFonts w:ascii="Aptos" w:hAnsi="Aptos"/>
                <w:b/>
                <w:bCs/>
                <w:lang w:val="ro-RO"/>
              </w:rPr>
            </w:pPr>
          </w:p>
        </w:tc>
        <w:tc>
          <w:tcPr>
            <w:tcW w:w="1170" w:type="dxa"/>
          </w:tcPr>
          <w:p w14:paraId="52346751" w14:textId="77777777" w:rsidR="00642649" w:rsidRPr="00395462" w:rsidRDefault="00000000" w:rsidP="00363C40">
            <w:pPr>
              <w:pStyle w:val="NoSpacing"/>
              <w:jc w:val="both"/>
              <w:rPr>
                <w:rFonts w:ascii="Aptos" w:hAnsi="Aptos"/>
                <w:lang w:val="ro-RO"/>
              </w:rPr>
            </w:pPr>
            <w:r w:rsidRPr="00395462">
              <w:rPr>
                <w:rFonts w:ascii="Aptos" w:hAnsi="Aptos"/>
                <w:lang w:val="ro-RO"/>
              </w:rPr>
              <w:t>250</w:t>
            </w:r>
          </w:p>
        </w:tc>
      </w:tr>
    </w:tbl>
    <w:p w14:paraId="269E9422" w14:textId="77777777" w:rsidR="002F7AD5" w:rsidRDefault="002F7AD5" w:rsidP="00363C40">
      <w:pPr>
        <w:pStyle w:val="NoSpacing"/>
        <w:jc w:val="both"/>
        <w:rPr>
          <w:rFonts w:ascii="Aptos" w:hAnsi="Aptos"/>
          <w:b/>
          <w:bCs/>
          <w:lang w:val="ro-RO"/>
        </w:rPr>
      </w:pPr>
    </w:p>
    <w:p w14:paraId="404CE352" w14:textId="17B21A10" w:rsidR="00642649" w:rsidRPr="002F7AD5" w:rsidRDefault="00000000" w:rsidP="00363C40">
      <w:pPr>
        <w:pStyle w:val="NoSpacing"/>
        <w:jc w:val="both"/>
        <w:rPr>
          <w:rFonts w:ascii="Aptos" w:hAnsi="Aptos"/>
          <w:b/>
          <w:bCs/>
          <w:lang w:val="ro-RO"/>
        </w:rPr>
      </w:pPr>
      <w:r w:rsidRPr="002F7AD5">
        <w:rPr>
          <w:rFonts w:ascii="Aptos" w:hAnsi="Aptos"/>
          <w:b/>
          <w:bCs/>
          <w:lang w:val="ro-RO"/>
        </w:rPr>
        <w:t>6. Recepția serviciilor și calculul plății</w:t>
      </w:r>
    </w:p>
    <w:p w14:paraId="60B9893E" w14:textId="77777777" w:rsidR="00642649" w:rsidRPr="00395462" w:rsidRDefault="00000000" w:rsidP="00363C40">
      <w:pPr>
        <w:pStyle w:val="NoSpacing"/>
        <w:jc w:val="both"/>
        <w:rPr>
          <w:rFonts w:ascii="Aptos" w:hAnsi="Aptos"/>
          <w:lang w:val="ro-RO"/>
        </w:rPr>
      </w:pPr>
      <w:r w:rsidRPr="00395462">
        <w:rPr>
          <w:rFonts w:ascii="Aptos" w:hAnsi="Aptos"/>
          <w:lang w:val="ro-RO"/>
        </w:rPr>
        <w:t>Lunar, consultantul/consultanta va prezenta o situație succintă a activităților realizate, cu indicarea perioadei, a numărului de ore și a materialelor livrate. Dovezile pot include fișiere editabile, linkuri către publicări, calendarul editorial actualizat și datele disponibile despre rezultatele comunicării.</w:t>
      </w:r>
    </w:p>
    <w:p w14:paraId="48D3022A" w14:textId="647327FA" w:rsidR="00642649" w:rsidRPr="00395462" w:rsidRDefault="00000000" w:rsidP="00363C40">
      <w:pPr>
        <w:pStyle w:val="NoSpacing"/>
        <w:jc w:val="both"/>
        <w:rPr>
          <w:rFonts w:ascii="Aptos" w:hAnsi="Aptos"/>
          <w:lang w:val="ro-RO"/>
        </w:rPr>
      </w:pPr>
      <w:r w:rsidRPr="00395462">
        <w:rPr>
          <w:rFonts w:ascii="Aptos" w:hAnsi="Aptos"/>
          <w:lang w:val="ro-RO"/>
        </w:rPr>
        <w:t xml:space="preserve">CASMED va verifica și va recepționa serviciile pe baza documentelor prezentate. </w:t>
      </w:r>
      <w:r w:rsidR="00C547A4">
        <w:rPr>
          <w:rFonts w:ascii="Aptos" w:hAnsi="Aptos"/>
          <w:lang w:val="ro-RO"/>
        </w:rPr>
        <w:t xml:space="preserve"> </w:t>
      </w:r>
    </w:p>
    <w:p w14:paraId="74E875DC" w14:textId="77777777" w:rsidR="00C547A4" w:rsidRDefault="00C547A4" w:rsidP="00363C40">
      <w:pPr>
        <w:pStyle w:val="NoSpacing"/>
        <w:jc w:val="both"/>
        <w:rPr>
          <w:rFonts w:ascii="Aptos" w:hAnsi="Aptos"/>
          <w:b/>
          <w:bCs/>
          <w:lang w:val="ro-RO"/>
        </w:rPr>
      </w:pPr>
    </w:p>
    <w:p w14:paraId="6206DBA6" w14:textId="30D19FB3" w:rsidR="00642649" w:rsidRPr="00C547A4" w:rsidRDefault="00000000" w:rsidP="00363C40">
      <w:pPr>
        <w:pStyle w:val="NoSpacing"/>
        <w:jc w:val="both"/>
        <w:rPr>
          <w:rFonts w:ascii="Aptos" w:hAnsi="Aptos"/>
          <w:b/>
          <w:bCs/>
          <w:lang w:val="ro-RO"/>
        </w:rPr>
      </w:pPr>
      <w:r w:rsidRPr="00C547A4">
        <w:rPr>
          <w:rFonts w:ascii="Aptos" w:hAnsi="Aptos"/>
          <w:b/>
          <w:bCs/>
          <w:lang w:val="ro-RO"/>
        </w:rPr>
        <w:t>7. Oferta financiară și regimul fiscal</w:t>
      </w:r>
    </w:p>
    <w:p w14:paraId="3C2559B4" w14:textId="77777777" w:rsidR="00642649" w:rsidRPr="00395462" w:rsidRDefault="00000000" w:rsidP="00363C40">
      <w:pPr>
        <w:pStyle w:val="NoSpacing"/>
        <w:jc w:val="both"/>
        <w:rPr>
          <w:rFonts w:ascii="Aptos" w:hAnsi="Aptos"/>
          <w:lang w:val="ro-RO"/>
        </w:rPr>
      </w:pPr>
      <w:r w:rsidRPr="00395462">
        <w:rPr>
          <w:rFonts w:ascii="Aptos" w:hAnsi="Aptos"/>
          <w:lang w:val="ro-RO"/>
        </w:rPr>
        <w:t>Ofertantul va indica în Anexa 1 tariful propus pentru o oră de servicii și prețul total pentru volumul estimat de 250 de ore. Oferta se prezintă în lei moldovenești.</w:t>
      </w:r>
    </w:p>
    <w:p w14:paraId="7FEF2587" w14:textId="0FAA0ACC" w:rsidR="00642649" w:rsidRPr="00395462" w:rsidRDefault="00000000" w:rsidP="00363C40">
      <w:pPr>
        <w:pStyle w:val="NoSpacing"/>
        <w:jc w:val="both"/>
        <w:rPr>
          <w:rFonts w:ascii="Aptos" w:hAnsi="Aptos"/>
          <w:lang w:val="ro-RO"/>
        </w:rPr>
      </w:pPr>
      <w:r w:rsidRPr="00395462">
        <w:rPr>
          <w:rFonts w:ascii="Aptos" w:hAnsi="Aptos"/>
          <w:lang w:val="ro-RO"/>
        </w:rPr>
        <w:t xml:space="preserve">Tariful ofertat va reprezenta costul </w:t>
      </w:r>
      <w:r w:rsidR="00C547A4">
        <w:rPr>
          <w:rFonts w:ascii="Aptos" w:hAnsi="Aptos"/>
          <w:lang w:val="ro-RO"/>
        </w:rPr>
        <w:t>integral</w:t>
      </w:r>
      <w:r w:rsidRPr="00395462">
        <w:rPr>
          <w:rFonts w:ascii="Aptos" w:hAnsi="Aptos"/>
          <w:lang w:val="ro-RO"/>
        </w:rPr>
        <w:t xml:space="preserve"> al unei ore de servicii pentru CASMED și va include remunerația, </w:t>
      </w:r>
      <w:r w:rsidR="00C547A4" w:rsidRPr="00395462">
        <w:rPr>
          <w:rFonts w:ascii="Aptos" w:hAnsi="Aptos"/>
          <w:lang w:val="ro-RO"/>
        </w:rPr>
        <w:t xml:space="preserve">precum și </w:t>
      </w:r>
      <w:r w:rsidRPr="00395462">
        <w:rPr>
          <w:rFonts w:ascii="Aptos" w:hAnsi="Aptos"/>
          <w:lang w:val="ro-RO"/>
        </w:rPr>
        <w:t>impozitele</w:t>
      </w:r>
      <w:r w:rsidR="00C547A4">
        <w:rPr>
          <w:rFonts w:ascii="Aptos" w:hAnsi="Aptos"/>
          <w:lang w:val="ro-RO"/>
        </w:rPr>
        <w:t xml:space="preserve">. </w:t>
      </w:r>
    </w:p>
    <w:p w14:paraId="35A92CE0" w14:textId="77777777" w:rsidR="00C547A4" w:rsidRDefault="00000000" w:rsidP="00363C40">
      <w:pPr>
        <w:pStyle w:val="NoSpacing"/>
        <w:jc w:val="both"/>
        <w:rPr>
          <w:rFonts w:ascii="Aptos" w:hAnsi="Aptos"/>
          <w:lang w:val="ro-RO"/>
        </w:rPr>
      </w:pPr>
      <w:r w:rsidRPr="00395462">
        <w:rPr>
          <w:rFonts w:ascii="Aptos" w:hAnsi="Aptos"/>
          <w:lang w:val="ro-RO"/>
        </w:rPr>
        <w:t xml:space="preserve">Prestarea serviciilor în baza patentei de întreprinzător nu este acceptată. </w:t>
      </w:r>
    </w:p>
    <w:p w14:paraId="147FB5C4" w14:textId="096D0017" w:rsidR="00642649" w:rsidRPr="00395462" w:rsidRDefault="00000000" w:rsidP="00363C40">
      <w:pPr>
        <w:pStyle w:val="NoSpacing"/>
        <w:jc w:val="both"/>
        <w:rPr>
          <w:rFonts w:ascii="Aptos" w:hAnsi="Aptos"/>
          <w:lang w:val="ro-RO"/>
        </w:rPr>
      </w:pPr>
      <w:r w:rsidRPr="00395462">
        <w:rPr>
          <w:rFonts w:ascii="Aptos" w:hAnsi="Aptos"/>
          <w:lang w:val="ro-RO"/>
        </w:rPr>
        <w:t>Cheltuielile de publicitate plătită, tipărire și producție profesională a reportajelor media sunt asigurate separat de CASMED.</w:t>
      </w:r>
    </w:p>
    <w:p w14:paraId="7D8E5F94" w14:textId="77777777" w:rsidR="00C547A4" w:rsidRDefault="00C547A4" w:rsidP="00363C40">
      <w:pPr>
        <w:pStyle w:val="NoSpacing"/>
        <w:jc w:val="both"/>
        <w:rPr>
          <w:rFonts w:ascii="Aptos" w:hAnsi="Aptos"/>
          <w:b/>
          <w:bCs/>
          <w:lang w:val="ro-RO"/>
        </w:rPr>
      </w:pPr>
    </w:p>
    <w:p w14:paraId="026CCE4A" w14:textId="14FE5EFA" w:rsidR="00642649" w:rsidRPr="00C547A4" w:rsidRDefault="00000000" w:rsidP="00363C40">
      <w:pPr>
        <w:pStyle w:val="NoSpacing"/>
        <w:jc w:val="both"/>
        <w:rPr>
          <w:rFonts w:ascii="Aptos" w:hAnsi="Aptos"/>
          <w:b/>
          <w:bCs/>
          <w:lang w:val="ro-RO"/>
        </w:rPr>
      </w:pPr>
      <w:r w:rsidRPr="00C547A4">
        <w:rPr>
          <w:rFonts w:ascii="Aptos" w:hAnsi="Aptos"/>
          <w:b/>
          <w:bCs/>
          <w:lang w:val="ro-RO"/>
        </w:rPr>
        <w:lastRenderedPageBreak/>
        <w:t>8. Cerințe de calificare</w:t>
      </w:r>
    </w:p>
    <w:p w14:paraId="23329532"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Cerințe minime</w:t>
      </w:r>
    </w:p>
    <w:p w14:paraId="66926E5D" w14:textId="77777777" w:rsidR="00642649" w:rsidRPr="00395462" w:rsidRDefault="00000000" w:rsidP="00363C40">
      <w:pPr>
        <w:pStyle w:val="NoSpacing"/>
        <w:jc w:val="both"/>
        <w:rPr>
          <w:rFonts w:ascii="Aptos" w:hAnsi="Aptos"/>
          <w:lang w:val="ro-RO"/>
        </w:rPr>
      </w:pPr>
      <w:r w:rsidRPr="00395462">
        <w:rPr>
          <w:rFonts w:ascii="Aptos" w:hAnsi="Aptos"/>
          <w:lang w:val="ro-RO"/>
        </w:rPr>
        <w:t>•  Studii sau experiență profesională relevantă în comunicare, jurnalism, relații publice, marketing sau domenii conexe.</w:t>
      </w:r>
    </w:p>
    <w:p w14:paraId="1AA0D668" w14:textId="395763D6" w:rsidR="00642649" w:rsidRPr="00395462" w:rsidRDefault="00000000" w:rsidP="00363C40">
      <w:pPr>
        <w:pStyle w:val="NoSpacing"/>
        <w:jc w:val="both"/>
        <w:rPr>
          <w:rFonts w:ascii="Aptos" w:hAnsi="Aptos"/>
          <w:lang w:val="ro-RO"/>
        </w:rPr>
      </w:pPr>
      <w:r w:rsidRPr="00395462">
        <w:rPr>
          <w:rFonts w:ascii="Aptos" w:hAnsi="Aptos"/>
          <w:lang w:val="ro-RO"/>
        </w:rPr>
        <w:t xml:space="preserve">•  Cel puțin </w:t>
      </w:r>
      <w:r w:rsidR="00C547A4">
        <w:rPr>
          <w:rFonts w:ascii="Aptos" w:hAnsi="Aptos"/>
          <w:lang w:val="ro-RO"/>
        </w:rPr>
        <w:t>2</w:t>
      </w:r>
      <w:r w:rsidRPr="00395462">
        <w:rPr>
          <w:rFonts w:ascii="Aptos" w:hAnsi="Aptos"/>
          <w:lang w:val="ro-RO"/>
        </w:rPr>
        <w:t xml:space="preserve"> ani de experiență în elaborarea materialelor de comunicare pentru organizații, instituții, proiecte sau campanii publice.</w:t>
      </w:r>
    </w:p>
    <w:p w14:paraId="274E077C" w14:textId="466D66D6" w:rsidR="00642649" w:rsidRPr="00395462" w:rsidRDefault="00000000" w:rsidP="00363C40">
      <w:pPr>
        <w:pStyle w:val="NoSpacing"/>
        <w:jc w:val="both"/>
        <w:rPr>
          <w:rFonts w:ascii="Aptos" w:hAnsi="Aptos"/>
          <w:lang w:val="ro-RO"/>
        </w:rPr>
      </w:pPr>
      <w:r w:rsidRPr="00395462">
        <w:rPr>
          <w:rFonts w:ascii="Aptos" w:hAnsi="Aptos"/>
          <w:lang w:val="ro-RO"/>
        </w:rPr>
        <w:t xml:space="preserve">•  Competențe de redactare în limbile română și rusă și capacitatea de a adapta mesajele </w:t>
      </w:r>
      <w:r w:rsidR="00C547A4">
        <w:rPr>
          <w:rFonts w:ascii="Aptos" w:hAnsi="Aptos"/>
          <w:lang w:val="ro-RO"/>
        </w:rPr>
        <w:t>la</w:t>
      </w:r>
      <w:r w:rsidRPr="00395462">
        <w:rPr>
          <w:rFonts w:ascii="Aptos" w:hAnsi="Aptos"/>
          <w:lang w:val="ro-RO"/>
        </w:rPr>
        <w:t xml:space="preserve"> diferite categorii de public.</w:t>
      </w:r>
    </w:p>
    <w:p w14:paraId="7781E042" w14:textId="3FFA76FA" w:rsidR="00642649" w:rsidRPr="00395462" w:rsidRDefault="00000000" w:rsidP="00363C40">
      <w:pPr>
        <w:pStyle w:val="NoSpacing"/>
        <w:jc w:val="both"/>
        <w:rPr>
          <w:rFonts w:ascii="Aptos" w:hAnsi="Aptos"/>
          <w:lang w:val="ro-RO"/>
        </w:rPr>
      </w:pPr>
      <w:r w:rsidRPr="00395462">
        <w:rPr>
          <w:rFonts w:ascii="Aptos" w:hAnsi="Aptos"/>
          <w:lang w:val="ro-RO"/>
        </w:rPr>
        <w:t xml:space="preserve">•  Experiență în utilizarea canalelor digitale și a instrumentelor </w:t>
      </w:r>
      <w:r w:rsidR="00C547A4">
        <w:rPr>
          <w:rFonts w:ascii="Aptos" w:hAnsi="Aptos"/>
          <w:lang w:val="ro-RO"/>
        </w:rPr>
        <w:t>pentru realizarea</w:t>
      </w:r>
      <w:r w:rsidRPr="00395462">
        <w:rPr>
          <w:rFonts w:ascii="Aptos" w:hAnsi="Aptos"/>
          <w:lang w:val="ro-RO"/>
        </w:rPr>
        <w:t xml:space="preserve"> materialelor vizuale.</w:t>
      </w:r>
    </w:p>
    <w:p w14:paraId="4C85375E" w14:textId="77777777" w:rsidR="00642649" w:rsidRPr="00395462" w:rsidRDefault="00000000" w:rsidP="00363C40">
      <w:pPr>
        <w:pStyle w:val="NoSpacing"/>
        <w:jc w:val="both"/>
        <w:rPr>
          <w:rFonts w:ascii="Aptos" w:hAnsi="Aptos"/>
          <w:lang w:val="ro-RO"/>
        </w:rPr>
      </w:pPr>
      <w:r w:rsidRPr="00395462">
        <w:rPr>
          <w:rFonts w:ascii="Aptos" w:hAnsi="Aptos"/>
          <w:lang w:val="ro-RO"/>
        </w:rPr>
        <w:t>•  Capacitate de planificare, organizare, colaborare cu partenerii și respectare a termenelor stabilite.</w:t>
      </w:r>
    </w:p>
    <w:p w14:paraId="2DA9E080"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Constituie avantaj</w:t>
      </w:r>
    </w:p>
    <w:p w14:paraId="69164FAF" w14:textId="6931F4C1" w:rsidR="00642649" w:rsidRPr="00395462" w:rsidRDefault="00000000" w:rsidP="00363C40">
      <w:pPr>
        <w:pStyle w:val="NoSpacing"/>
        <w:jc w:val="both"/>
        <w:rPr>
          <w:rFonts w:ascii="Aptos" w:hAnsi="Aptos"/>
          <w:lang w:val="ro-RO"/>
        </w:rPr>
      </w:pPr>
      <w:r w:rsidRPr="00395462">
        <w:rPr>
          <w:rFonts w:ascii="Aptos" w:hAnsi="Aptos"/>
          <w:lang w:val="ro-RO"/>
        </w:rPr>
        <w:t xml:space="preserve">Experiența în comunicarea proiectelor sociale, informarea comunităților rurale, promovarea oportunităților de ocupare și </w:t>
      </w:r>
      <w:r w:rsidR="00C547A4">
        <w:rPr>
          <w:rFonts w:ascii="Aptos" w:hAnsi="Aptos"/>
          <w:lang w:val="ro-RO"/>
        </w:rPr>
        <w:t xml:space="preserve">de </w:t>
      </w:r>
      <w:r w:rsidRPr="00395462">
        <w:rPr>
          <w:rFonts w:ascii="Aptos" w:hAnsi="Aptos"/>
          <w:lang w:val="ro-RO"/>
        </w:rPr>
        <w:t>formare profesională, precum și familiarizarea cu regulile de vizibilitate ale organizațiilor internaționale.</w:t>
      </w:r>
    </w:p>
    <w:p w14:paraId="49612242" w14:textId="77777777" w:rsidR="00C547A4" w:rsidRDefault="00C547A4" w:rsidP="00363C40">
      <w:pPr>
        <w:pStyle w:val="NoSpacing"/>
        <w:jc w:val="both"/>
        <w:rPr>
          <w:rFonts w:ascii="Aptos" w:hAnsi="Aptos"/>
          <w:lang w:val="ro-RO"/>
        </w:rPr>
      </w:pPr>
    </w:p>
    <w:p w14:paraId="36DF9E28" w14:textId="472DF6C8" w:rsidR="00642649" w:rsidRPr="00C547A4" w:rsidRDefault="00000000" w:rsidP="00363C40">
      <w:pPr>
        <w:pStyle w:val="NoSpacing"/>
        <w:jc w:val="both"/>
        <w:rPr>
          <w:rFonts w:ascii="Aptos" w:hAnsi="Aptos"/>
          <w:b/>
          <w:bCs/>
          <w:lang w:val="ro-RO"/>
        </w:rPr>
      </w:pPr>
      <w:r w:rsidRPr="00C547A4">
        <w:rPr>
          <w:rFonts w:ascii="Aptos" w:hAnsi="Aptos"/>
          <w:b/>
          <w:bCs/>
          <w:lang w:val="ro-RO"/>
        </w:rPr>
        <w:t>9. Evaluarea ofertelor</w:t>
      </w:r>
    </w:p>
    <w:p w14:paraId="3BC32A97" w14:textId="36D83B7E" w:rsidR="00642649" w:rsidRPr="00395462" w:rsidRDefault="00000000" w:rsidP="00363C40">
      <w:pPr>
        <w:pStyle w:val="NoSpacing"/>
        <w:jc w:val="both"/>
        <w:rPr>
          <w:rFonts w:ascii="Aptos" w:hAnsi="Aptos"/>
          <w:lang w:val="ro-RO"/>
        </w:rPr>
      </w:pPr>
      <w:r w:rsidRPr="00395462">
        <w:rPr>
          <w:rFonts w:ascii="Aptos" w:hAnsi="Aptos"/>
          <w:lang w:val="ro-RO"/>
        </w:rPr>
        <w:t xml:space="preserve">CASMED va evalua ofertele care îndeplinesc cerințele minime de calificare și </w:t>
      </w:r>
      <w:r w:rsidR="00C547A4">
        <w:rPr>
          <w:rFonts w:ascii="Aptos" w:hAnsi="Aptos"/>
          <w:lang w:val="ro-RO"/>
        </w:rPr>
        <w:t xml:space="preserve">care </w:t>
      </w:r>
      <w:r w:rsidRPr="00395462">
        <w:rPr>
          <w:rFonts w:ascii="Aptos" w:hAnsi="Aptos"/>
          <w:lang w:val="ro-RO"/>
        </w:rPr>
        <w:t>conțin documentele solicitate. Evaluarea tehnică și evaluarea financiară vor avea fiecare câte 50 de puncte.</w:t>
      </w:r>
    </w:p>
    <w:tbl>
      <w:tblPr>
        <w:tblStyle w:val="TableGrid"/>
        <w:tblW w:w="0" w:type="auto"/>
        <w:tblInd w:w="198" w:type="dxa"/>
        <w:tblLayout w:type="fixed"/>
        <w:tblLook w:val="04A0" w:firstRow="1" w:lastRow="0" w:firstColumn="1" w:lastColumn="0" w:noHBand="0" w:noVBand="1"/>
      </w:tblPr>
      <w:tblGrid>
        <w:gridCol w:w="7365"/>
        <w:gridCol w:w="1701"/>
      </w:tblGrid>
      <w:tr w:rsidR="00642649" w:rsidRPr="00395462" w14:paraId="7F51F5EC" w14:textId="77777777" w:rsidTr="00C547A4">
        <w:tc>
          <w:tcPr>
            <w:tcW w:w="7365" w:type="dxa"/>
          </w:tcPr>
          <w:p w14:paraId="4945B653"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Criteriu de evaluare tehnică</w:t>
            </w:r>
          </w:p>
        </w:tc>
        <w:tc>
          <w:tcPr>
            <w:tcW w:w="1701" w:type="dxa"/>
          </w:tcPr>
          <w:p w14:paraId="12707555"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Punctaj maxim</w:t>
            </w:r>
          </w:p>
        </w:tc>
      </w:tr>
      <w:tr w:rsidR="00642649" w:rsidRPr="00395462" w14:paraId="5289069E" w14:textId="77777777" w:rsidTr="00C547A4">
        <w:tc>
          <w:tcPr>
            <w:tcW w:w="7365" w:type="dxa"/>
          </w:tcPr>
          <w:p w14:paraId="065459D8" w14:textId="77777777" w:rsidR="00642649" w:rsidRPr="00395462" w:rsidRDefault="00000000" w:rsidP="00363C40">
            <w:pPr>
              <w:pStyle w:val="NoSpacing"/>
              <w:jc w:val="both"/>
              <w:rPr>
                <w:rFonts w:ascii="Aptos" w:hAnsi="Aptos"/>
                <w:lang w:val="ro-RO"/>
              </w:rPr>
            </w:pPr>
            <w:r w:rsidRPr="00395462">
              <w:rPr>
                <w:rFonts w:ascii="Aptos" w:hAnsi="Aptos"/>
                <w:lang w:val="ro-RO"/>
              </w:rPr>
              <w:t>Experiență în planificarea și realizarea campaniilor de informare și a materialelor de comunicare pentru organizații, instituții sau proiecte</w:t>
            </w:r>
          </w:p>
        </w:tc>
        <w:tc>
          <w:tcPr>
            <w:tcW w:w="1701" w:type="dxa"/>
          </w:tcPr>
          <w:p w14:paraId="6D0777BA" w14:textId="77777777" w:rsidR="00642649" w:rsidRPr="00395462" w:rsidRDefault="00000000" w:rsidP="00363C40">
            <w:pPr>
              <w:pStyle w:val="NoSpacing"/>
              <w:jc w:val="both"/>
              <w:rPr>
                <w:rFonts w:ascii="Aptos" w:hAnsi="Aptos"/>
                <w:lang w:val="ro-RO"/>
              </w:rPr>
            </w:pPr>
            <w:r w:rsidRPr="00395462">
              <w:rPr>
                <w:rFonts w:ascii="Aptos" w:hAnsi="Aptos"/>
                <w:lang w:val="ro-RO"/>
              </w:rPr>
              <w:t>20</w:t>
            </w:r>
          </w:p>
        </w:tc>
      </w:tr>
      <w:tr w:rsidR="00642649" w:rsidRPr="00395462" w14:paraId="4E53FEDB" w14:textId="77777777" w:rsidTr="00C547A4">
        <w:tc>
          <w:tcPr>
            <w:tcW w:w="7365" w:type="dxa"/>
          </w:tcPr>
          <w:p w14:paraId="6DCFB28A" w14:textId="77777777" w:rsidR="00642649" w:rsidRPr="00395462" w:rsidRDefault="00000000" w:rsidP="00363C40">
            <w:pPr>
              <w:pStyle w:val="NoSpacing"/>
              <w:jc w:val="both"/>
              <w:rPr>
                <w:rFonts w:ascii="Aptos" w:hAnsi="Aptos"/>
                <w:lang w:val="ro-RO"/>
              </w:rPr>
            </w:pPr>
            <w:r w:rsidRPr="00395462">
              <w:rPr>
                <w:rFonts w:ascii="Aptos" w:hAnsi="Aptos"/>
                <w:lang w:val="ro-RO"/>
              </w:rPr>
              <w:t>Calitatea portofoliului, competențele de redactare bilingvă și adaptarea mesajelor la publicul vizat</w:t>
            </w:r>
          </w:p>
        </w:tc>
        <w:tc>
          <w:tcPr>
            <w:tcW w:w="1701" w:type="dxa"/>
          </w:tcPr>
          <w:p w14:paraId="54013B7D" w14:textId="77777777" w:rsidR="00642649" w:rsidRPr="00395462" w:rsidRDefault="00000000" w:rsidP="00363C40">
            <w:pPr>
              <w:pStyle w:val="NoSpacing"/>
              <w:jc w:val="both"/>
              <w:rPr>
                <w:rFonts w:ascii="Aptos" w:hAnsi="Aptos"/>
                <w:lang w:val="ro-RO"/>
              </w:rPr>
            </w:pPr>
            <w:r w:rsidRPr="00395462">
              <w:rPr>
                <w:rFonts w:ascii="Aptos" w:hAnsi="Aptos"/>
                <w:lang w:val="ro-RO"/>
              </w:rPr>
              <w:t>15</w:t>
            </w:r>
          </w:p>
        </w:tc>
      </w:tr>
      <w:tr w:rsidR="00642649" w:rsidRPr="00395462" w14:paraId="146CC241" w14:textId="77777777" w:rsidTr="00C547A4">
        <w:tc>
          <w:tcPr>
            <w:tcW w:w="7365" w:type="dxa"/>
          </w:tcPr>
          <w:p w14:paraId="0764E63D" w14:textId="77777777" w:rsidR="00642649" w:rsidRPr="00395462" w:rsidRDefault="00000000" w:rsidP="00363C40">
            <w:pPr>
              <w:pStyle w:val="NoSpacing"/>
              <w:jc w:val="both"/>
              <w:rPr>
                <w:rFonts w:ascii="Aptos" w:hAnsi="Aptos"/>
                <w:lang w:val="ro-RO"/>
              </w:rPr>
            </w:pPr>
            <w:r w:rsidRPr="00395462">
              <w:rPr>
                <w:rFonts w:ascii="Aptos" w:hAnsi="Aptos"/>
                <w:lang w:val="ro-RO"/>
              </w:rPr>
              <w:t>Experiență în organizarea și coordonarea activităților de comunicare: planificare editorială, colaborare cu parteneri, utilizarea canalelor digitale și urmărirea rezultatelor</w:t>
            </w:r>
          </w:p>
        </w:tc>
        <w:tc>
          <w:tcPr>
            <w:tcW w:w="1701" w:type="dxa"/>
          </w:tcPr>
          <w:p w14:paraId="44E15AFF" w14:textId="77777777" w:rsidR="00642649" w:rsidRPr="00395462" w:rsidRDefault="00000000" w:rsidP="00363C40">
            <w:pPr>
              <w:pStyle w:val="NoSpacing"/>
              <w:jc w:val="both"/>
              <w:rPr>
                <w:rFonts w:ascii="Aptos" w:hAnsi="Aptos"/>
                <w:lang w:val="ro-RO"/>
              </w:rPr>
            </w:pPr>
            <w:r w:rsidRPr="00395462">
              <w:rPr>
                <w:rFonts w:ascii="Aptos" w:hAnsi="Aptos"/>
                <w:lang w:val="ro-RO"/>
              </w:rPr>
              <w:t>15</w:t>
            </w:r>
          </w:p>
        </w:tc>
      </w:tr>
      <w:tr w:rsidR="00642649" w:rsidRPr="00395462" w14:paraId="2CE56760" w14:textId="77777777" w:rsidTr="00C547A4">
        <w:tc>
          <w:tcPr>
            <w:tcW w:w="7365" w:type="dxa"/>
          </w:tcPr>
          <w:p w14:paraId="2B64F462" w14:textId="77777777" w:rsidR="00642649" w:rsidRPr="00395462" w:rsidRDefault="00000000" w:rsidP="00363C40">
            <w:pPr>
              <w:pStyle w:val="NoSpacing"/>
              <w:jc w:val="both"/>
              <w:rPr>
                <w:rFonts w:ascii="Aptos" w:hAnsi="Aptos"/>
                <w:lang w:val="ro-RO"/>
              </w:rPr>
            </w:pPr>
            <w:r w:rsidRPr="00395462">
              <w:rPr>
                <w:rFonts w:ascii="Aptos" w:hAnsi="Aptos"/>
                <w:lang w:val="ro-RO"/>
              </w:rPr>
              <w:t>Total evaluare tehnică</w:t>
            </w:r>
          </w:p>
        </w:tc>
        <w:tc>
          <w:tcPr>
            <w:tcW w:w="1701" w:type="dxa"/>
          </w:tcPr>
          <w:p w14:paraId="5B0012FD" w14:textId="77777777" w:rsidR="00642649" w:rsidRPr="00395462" w:rsidRDefault="00000000" w:rsidP="00363C40">
            <w:pPr>
              <w:pStyle w:val="NoSpacing"/>
              <w:jc w:val="both"/>
              <w:rPr>
                <w:rFonts w:ascii="Aptos" w:hAnsi="Aptos"/>
                <w:lang w:val="ro-RO"/>
              </w:rPr>
            </w:pPr>
            <w:r w:rsidRPr="00395462">
              <w:rPr>
                <w:rFonts w:ascii="Aptos" w:hAnsi="Aptos"/>
                <w:lang w:val="ro-RO"/>
              </w:rPr>
              <w:t>50</w:t>
            </w:r>
          </w:p>
        </w:tc>
      </w:tr>
      <w:tr w:rsidR="00642649" w:rsidRPr="00395462" w14:paraId="5898E5C5" w14:textId="77777777" w:rsidTr="00C547A4">
        <w:tc>
          <w:tcPr>
            <w:tcW w:w="7365" w:type="dxa"/>
          </w:tcPr>
          <w:p w14:paraId="77BBA430" w14:textId="77777777" w:rsidR="00642649" w:rsidRPr="00395462" w:rsidRDefault="00000000" w:rsidP="00363C40">
            <w:pPr>
              <w:pStyle w:val="NoSpacing"/>
              <w:jc w:val="both"/>
              <w:rPr>
                <w:rFonts w:ascii="Aptos" w:hAnsi="Aptos"/>
                <w:lang w:val="ro-RO"/>
              </w:rPr>
            </w:pPr>
            <w:r w:rsidRPr="00395462">
              <w:rPr>
                <w:rFonts w:ascii="Aptos" w:hAnsi="Aptos"/>
                <w:lang w:val="ro-RO"/>
              </w:rPr>
              <w:t>Evaluare financiară</w:t>
            </w:r>
          </w:p>
        </w:tc>
        <w:tc>
          <w:tcPr>
            <w:tcW w:w="1701" w:type="dxa"/>
          </w:tcPr>
          <w:p w14:paraId="7496CF3A" w14:textId="77777777" w:rsidR="00642649" w:rsidRPr="00395462" w:rsidRDefault="00000000" w:rsidP="00363C40">
            <w:pPr>
              <w:pStyle w:val="NoSpacing"/>
              <w:jc w:val="both"/>
              <w:rPr>
                <w:rFonts w:ascii="Aptos" w:hAnsi="Aptos"/>
                <w:lang w:val="ro-RO"/>
              </w:rPr>
            </w:pPr>
            <w:r w:rsidRPr="00395462">
              <w:rPr>
                <w:rFonts w:ascii="Aptos" w:hAnsi="Aptos"/>
                <w:lang w:val="ro-RO"/>
              </w:rPr>
              <w:t>50</w:t>
            </w:r>
          </w:p>
        </w:tc>
      </w:tr>
      <w:tr w:rsidR="00642649" w:rsidRPr="00395462" w14:paraId="216F0F11" w14:textId="77777777" w:rsidTr="00C547A4">
        <w:tc>
          <w:tcPr>
            <w:tcW w:w="7365" w:type="dxa"/>
          </w:tcPr>
          <w:p w14:paraId="7CB3A096"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TOTAL GENERAL</w:t>
            </w:r>
          </w:p>
        </w:tc>
        <w:tc>
          <w:tcPr>
            <w:tcW w:w="1701" w:type="dxa"/>
          </w:tcPr>
          <w:p w14:paraId="12249B86" w14:textId="77777777" w:rsidR="00642649" w:rsidRPr="00C547A4" w:rsidRDefault="00000000" w:rsidP="00363C40">
            <w:pPr>
              <w:pStyle w:val="NoSpacing"/>
              <w:jc w:val="both"/>
              <w:rPr>
                <w:rFonts w:ascii="Aptos" w:hAnsi="Aptos"/>
                <w:b/>
                <w:bCs/>
                <w:lang w:val="ro-RO"/>
              </w:rPr>
            </w:pPr>
            <w:r w:rsidRPr="00C547A4">
              <w:rPr>
                <w:rFonts w:ascii="Aptos" w:hAnsi="Aptos"/>
                <w:b/>
                <w:bCs/>
                <w:lang w:val="ro-RO"/>
              </w:rPr>
              <w:t>100</w:t>
            </w:r>
          </w:p>
        </w:tc>
      </w:tr>
    </w:tbl>
    <w:p w14:paraId="3CA1B92C" w14:textId="77777777" w:rsidR="00642649" w:rsidRPr="00395462" w:rsidRDefault="00000000" w:rsidP="00363C40">
      <w:pPr>
        <w:pStyle w:val="NoSpacing"/>
        <w:jc w:val="both"/>
        <w:rPr>
          <w:rFonts w:ascii="Aptos" w:hAnsi="Aptos"/>
          <w:lang w:val="ro-RO"/>
        </w:rPr>
      </w:pPr>
      <w:r w:rsidRPr="00395462">
        <w:rPr>
          <w:rFonts w:ascii="Aptos" w:hAnsi="Aptos"/>
          <w:lang w:val="ro-RO"/>
        </w:rPr>
        <w:t>CASMED poate solicita clarificări referitoare la documentele depuse, cu respectarea acelorași condiții pentru toți ofertanții.</w:t>
      </w:r>
    </w:p>
    <w:p w14:paraId="214198C0" w14:textId="77777777" w:rsidR="00C547A4" w:rsidRDefault="00C547A4" w:rsidP="00363C40">
      <w:pPr>
        <w:pStyle w:val="NoSpacing"/>
        <w:jc w:val="both"/>
        <w:rPr>
          <w:rFonts w:ascii="Aptos" w:hAnsi="Aptos"/>
          <w:b/>
          <w:bCs/>
          <w:lang w:val="ro-RO"/>
        </w:rPr>
      </w:pPr>
    </w:p>
    <w:p w14:paraId="23499717" w14:textId="0D16081B" w:rsidR="00642649" w:rsidRPr="00C547A4" w:rsidRDefault="00000000" w:rsidP="00363C40">
      <w:pPr>
        <w:pStyle w:val="NoSpacing"/>
        <w:jc w:val="both"/>
        <w:rPr>
          <w:rFonts w:ascii="Aptos" w:hAnsi="Aptos"/>
          <w:b/>
          <w:bCs/>
          <w:lang w:val="ro-RO"/>
        </w:rPr>
      </w:pPr>
      <w:r w:rsidRPr="00C547A4">
        <w:rPr>
          <w:rFonts w:ascii="Aptos" w:hAnsi="Aptos"/>
          <w:b/>
          <w:bCs/>
          <w:lang w:val="ro-RO"/>
        </w:rPr>
        <w:t>10. Dosarul de participare și depunerea ofertelor</w:t>
      </w:r>
    </w:p>
    <w:p w14:paraId="5936197B" w14:textId="77777777" w:rsidR="00642649" w:rsidRPr="00395462" w:rsidRDefault="00000000" w:rsidP="00363C40">
      <w:pPr>
        <w:pStyle w:val="NoSpacing"/>
        <w:jc w:val="both"/>
        <w:rPr>
          <w:rFonts w:ascii="Aptos" w:hAnsi="Aptos"/>
          <w:lang w:val="ro-RO"/>
        </w:rPr>
      </w:pPr>
      <w:r w:rsidRPr="00395462">
        <w:rPr>
          <w:rFonts w:ascii="Aptos" w:hAnsi="Aptos"/>
          <w:lang w:val="ro-RO"/>
        </w:rPr>
        <w:t>•  CV-ul persoanei care va presta serviciile, cu prezentarea experienței relevante.</w:t>
      </w:r>
    </w:p>
    <w:p w14:paraId="0B7C7282" w14:textId="6C8DC647" w:rsidR="00642649" w:rsidRPr="00395462" w:rsidRDefault="00000000" w:rsidP="00363C40">
      <w:pPr>
        <w:pStyle w:val="NoSpacing"/>
        <w:jc w:val="both"/>
        <w:rPr>
          <w:rFonts w:ascii="Aptos" w:hAnsi="Aptos"/>
          <w:lang w:val="ro-RO"/>
        </w:rPr>
      </w:pPr>
      <w:r w:rsidRPr="00395462">
        <w:rPr>
          <w:rFonts w:ascii="Aptos" w:hAnsi="Aptos"/>
          <w:lang w:val="ro-RO"/>
        </w:rPr>
        <w:t xml:space="preserve">•  Copii ale documentelor de studii sau </w:t>
      </w:r>
      <w:r w:rsidR="00C547A4">
        <w:rPr>
          <w:rFonts w:ascii="Aptos" w:hAnsi="Aptos"/>
          <w:lang w:val="ro-RO"/>
        </w:rPr>
        <w:t xml:space="preserve">de </w:t>
      </w:r>
      <w:r w:rsidRPr="00395462">
        <w:rPr>
          <w:rFonts w:ascii="Aptos" w:hAnsi="Aptos"/>
          <w:lang w:val="ro-RO"/>
        </w:rPr>
        <w:t>formare profesională relevante, după caz.</w:t>
      </w:r>
    </w:p>
    <w:p w14:paraId="2D83BA79" w14:textId="4BE7FDCF" w:rsidR="00642649" w:rsidRPr="00395462" w:rsidRDefault="00000000" w:rsidP="00363C40">
      <w:pPr>
        <w:pStyle w:val="NoSpacing"/>
        <w:jc w:val="both"/>
        <w:rPr>
          <w:rFonts w:ascii="Aptos" w:hAnsi="Aptos"/>
          <w:lang w:val="ro-RO"/>
        </w:rPr>
      </w:pPr>
      <w:r w:rsidRPr="00395462">
        <w:rPr>
          <w:rFonts w:ascii="Aptos" w:hAnsi="Aptos"/>
          <w:lang w:val="ro-RO"/>
        </w:rPr>
        <w:t>•  Oferta financiară completată și semnată conform Anexei 1.</w:t>
      </w:r>
    </w:p>
    <w:p w14:paraId="319577FE" w14:textId="2DACC838" w:rsidR="00642649" w:rsidRPr="00395462" w:rsidRDefault="00000000" w:rsidP="00363C40">
      <w:pPr>
        <w:pStyle w:val="NoSpacing"/>
        <w:jc w:val="both"/>
        <w:rPr>
          <w:rFonts w:ascii="Aptos" w:hAnsi="Aptos"/>
          <w:lang w:val="ro-RO"/>
        </w:rPr>
      </w:pPr>
      <w:r w:rsidRPr="00395462">
        <w:rPr>
          <w:rFonts w:ascii="Aptos" w:hAnsi="Aptos"/>
          <w:lang w:val="ro-RO"/>
        </w:rPr>
        <w:t xml:space="preserve">Dosarul de participare se transmite prin e-mail la </w:t>
      </w:r>
      <w:hyperlink r:id="rId8" w:history="1">
        <w:r w:rsidR="00C547A4" w:rsidRPr="00D543DF">
          <w:rPr>
            <w:rStyle w:val="Hyperlink"/>
            <w:rFonts w:ascii="Aptos" w:hAnsi="Aptos"/>
            <w:lang w:val="ro-RO"/>
          </w:rPr>
          <w:t>office@casmed.md</w:t>
        </w:r>
      </w:hyperlink>
      <w:r w:rsidR="00C547A4">
        <w:rPr>
          <w:rFonts w:ascii="Aptos" w:hAnsi="Aptos"/>
          <w:lang w:val="ro-RO"/>
        </w:rPr>
        <w:t xml:space="preserve"> </w:t>
      </w:r>
      <w:r w:rsidRPr="00395462">
        <w:rPr>
          <w:rFonts w:ascii="Aptos" w:hAnsi="Aptos"/>
          <w:lang w:val="ro-RO"/>
        </w:rPr>
        <w:t xml:space="preserve">, cu subiectul „Concurs: Consultant(ă) în comunicare și informare publică”, până la </w:t>
      </w:r>
      <w:r w:rsidRPr="00C547A4">
        <w:rPr>
          <w:rFonts w:ascii="Aptos" w:hAnsi="Aptos"/>
          <w:b/>
          <w:bCs/>
          <w:lang w:val="ro-RO"/>
        </w:rPr>
        <w:t>29 octombrie 2026</w:t>
      </w:r>
      <w:r w:rsidRPr="00395462">
        <w:rPr>
          <w:rFonts w:ascii="Aptos" w:hAnsi="Aptos"/>
          <w:lang w:val="ro-RO"/>
        </w:rPr>
        <w:t>.</w:t>
      </w:r>
    </w:p>
    <w:p w14:paraId="329E5448" w14:textId="77777777" w:rsidR="00C547A4" w:rsidRDefault="00C547A4" w:rsidP="00363C40">
      <w:pPr>
        <w:pStyle w:val="NoSpacing"/>
        <w:jc w:val="both"/>
        <w:rPr>
          <w:rFonts w:ascii="Aptos" w:hAnsi="Aptos"/>
          <w:lang w:val="ro-RO"/>
        </w:rPr>
      </w:pPr>
    </w:p>
    <w:p w14:paraId="4E29226A" w14:textId="17DDCA15" w:rsidR="00642649" w:rsidRPr="00C547A4" w:rsidRDefault="00000000" w:rsidP="00363C40">
      <w:pPr>
        <w:pStyle w:val="NoSpacing"/>
        <w:jc w:val="both"/>
        <w:rPr>
          <w:rFonts w:ascii="Aptos" w:hAnsi="Aptos"/>
          <w:b/>
          <w:bCs/>
          <w:lang w:val="ro-RO"/>
        </w:rPr>
      </w:pPr>
      <w:r w:rsidRPr="00C547A4">
        <w:rPr>
          <w:rFonts w:ascii="Aptos" w:hAnsi="Aptos"/>
          <w:b/>
          <w:bCs/>
          <w:lang w:val="ro-RO"/>
        </w:rPr>
        <w:t>11. Condiții de colaborare și conduită profesională</w:t>
      </w:r>
    </w:p>
    <w:p w14:paraId="1B1A1FDE" w14:textId="77777777" w:rsidR="00642649" w:rsidRPr="00395462" w:rsidRDefault="00000000" w:rsidP="00363C40">
      <w:pPr>
        <w:pStyle w:val="NoSpacing"/>
        <w:jc w:val="both"/>
        <w:rPr>
          <w:rFonts w:ascii="Aptos" w:hAnsi="Aptos"/>
          <w:lang w:val="ro-RO"/>
        </w:rPr>
      </w:pPr>
      <w:r w:rsidRPr="00395462">
        <w:rPr>
          <w:rFonts w:ascii="Aptos" w:hAnsi="Aptos"/>
          <w:lang w:val="ro-RO"/>
        </w:rPr>
        <w:t>Serviciile vor fi prestate în baza unui contract de prestări servicii, potrivit calendarului convenit cu CASMED. Persoana contractată va colabora cu managerul de proiect și cu ceilalți specialiști implicați și va respecta regulile de vizibilitate comunicate de CASMED.</w:t>
      </w:r>
    </w:p>
    <w:p w14:paraId="54453594" w14:textId="47E6A8D7" w:rsidR="00642649" w:rsidRPr="00395462" w:rsidRDefault="00000000" w:rsidP="00363C40">
      <w:pPr>
        <w:pStyle w:val="NoSpacing"/>
        <w:jc w:val="both"/>
        <w:rPr>
          <w:rFonts w:ascii="Aptos" w:hAnsi="Aptos"/>
          <w:lang w:val="ro-RO"/>
        </w:rPr>
      </w:pPr>
      <w:r w:rsidRPr="00395462">
        <w:rPr>
          <w:rFonts w:ascii="Aptos" w:hAnsi="Aptos"/>
          <w:lang w:val="ro-RO"/>
        </w:rPr>
        <w:t xml:space="preserve">Prestatorul va ține evidența distinctă a orelor și a serviciilor </w:t>
      </w:r>
      <w:r w:rsidR="00C547A4">
        <w:rPr>
          <w:rFonts w:ascii="Aptos" w:hAnsi="Aptos"/>
          <w:lang w:val="ro-RO"/>
        </w:rPr>
        <w:t>prestate</w:t>
      </w:r>
      <w:r w:rsidRPr="00395462">
        <w:rPr>
          <w:rFonts w:ascii="Aptos" w:hAnsi="Aptos"/>
          <w:lang w:val="ro-RO"/>
        </w:rPr>
        <w:t xml:space="preserve">. </w:t>
      </w:r>
      <w:r w:rsidR="00C547A4">
        <w:rPr>
          <w:rFonts w:ascii="Aptos" w:hAnsi="Aptos"/>
          <w:lang w:val="ro-RO"/>
        </w:rPr>
        <w:t xml:space="preserve"> </w:t>
      </w:r>
    </w:p>
    <w:p w14:paraId="7E2555DD" w14:textId="404C7531" w:rsidR="00642649" w:rsidRPr="00395462" w:rsidRDefault="00000000" w:rsidP="00363C40">
      <w:pPr>
        <w:pStyle w:val="NoSpacing"/>
        <w:jc w:val="both"/>
        <w:rPr>
          <w:rFonts w:ascii="Aptos" w:hAnsi="Aptos"/>
          <w:lang w:val="ro-RO"/>
        </w:rPr>
      </w:pPr>
      <w:r w:rsidRPr="00395462">
        <w:rPr>
          <w:rFonts w:ascii="Aptos" w:hAnsi="Aptos"/>
          <w:lang w:val="ro-RO"/>
        </w:rPr>
        <w:t xml:space="preserve">Prestatorul va respecta regulile de protecție a datelor personale și de confidențialitate, precum și politicile CASMED privind integritatea și prevenirea exploatării și abuzului sexual (PSEA). Publicarea imaginilor, declarațiilor și poveștilor participantelor se va face </w:t>
      </w:r>
      <w:r w:rsidR="00C547A4">
        <w:rPr>
          <w:rFonts w:ascii="Aptos" w:hAnsi="Aptos"/>
          <w:lang w:val="ro-RO"/>
        </w:rPr>
        <w:t>în</w:t>
      </w:r>
      <w:r w:rsidRPr="00395462">
        <w:rPr>
          <w:rFonts w:ascii="Aptos" w:hAnsi="Aptos"/>
          <w:lang w:val="ro-RO"/>
        </w:rPr>
        <w:t xml:space="preserve"> baza acordurilor necesare.</w:t>
      </w:r>
    </w:p>
    <w:p w14:paraId="795BFD16" w14:textId="5785F768" w:rsidR="00642649" w:rsidRPr="00395462" w:rsidRDefault="00000000" w:rsidP="00363C40">
      <w:pPr>
        <w:pStyle w:val="NoSpacing"/>
        <w:jc w:val="both"/>
        <w:rPr>
          <w:rFonts w:ascii="Aptos" w:hAnsi="Aptos"/>
          <w:lang w:val="ro-RO"/>
        </w:rPr>
      </w:pPr>
      <w:r w:rsidRPr="00395462">
        <w:rPr>
          <w:rFonts w:ascii="Aptos" w:hAnsi="Aptos"/>
          <w:lang w:val="ro-RO"/>
        </w:rPr>
        <w:t xml:space="preserve">Materialele elaborate în cadrul contractului, inclusiv textele, machetele și fișierele editabile, vor fi predate CASMED și vor putea fi utilizate în activitățile și </w:t>
      </w:r>
      <w:r w:rsidR="00C547A4">
        <w:rPr>
          <w:rFonts w:ascii="Aptos" w:hAnsi="Aptos"/>
          <w:lang w:val="ro-RO"/>
        </w:rPr>
        <w:t xml:space="preserve">în </w:t>
      </w:r>
      <w:r w:rsidRPr="00395462">
        <w:rPr>
          <w:rFonts w:ascii="Aptos" w:hAnsi="Aptos"/>
          <w:lang w:val="ro-RO"/>
        </w:rPr>
        <w:t>raportarea proiectului, conform clauzelor contractuale.</w:t>
      </w:r>
    </w:p>
    <w:p w14:paraId="5909344B" w14:textId="77777777" w:rsidR="00642649" w:rsidRPr="00395462" w:rsidRDefault="00000000" w:rsidP="00363C40">
      <w:pPr>
        <w:pStyle w:val="NoSpacing"/>
        <w:jc w:val="both"/>
        <w:rPr>
          <w:rFonts w:ascii="Aptos" w:hAnsi="Aptos"/>
          <w:lang w:val="ro-RO"/>
        </w:rPr>
      </w:pPr>
      <w:r w:rsidRPr="00395462">
        <w:rPr>
          <w:rFonts w:ascii="Aptos" w:hAnsi="Aptos"/>
          <w:lang w:val="ro-RO"/>
        </w:rPr>
        <w:br w:type="page"/>
      </w:r>
    </w:p>
    <w:p w14:paraId="2E3DB763" w14:textId="77777777" w:rsidR="00C547A4" w:rsidRDefault="00C547A4" w:rsidP="00C547A4">
      <w:pPr>
        <w:spacing w:after="0" w:line="240" w:lineRule="auto"/>
        <w:jc w:val="both"/>
        <w:rPr>
          <w:b/>
          <w:bCs/>
          <w:color w:val="auto"/>
          <w:sz w:val="22"/>
        </w:rPr>
      </w:pPr>
    </w:p>
    <w:p w14:paraId="16C447AD" w14:textId="77777777" w:rsidR="00C547A4" w:rsidRPr="00C547A4" w:rsidRDefault="00C547A4" w:rsidP="00C547A4">
      <w:pPr>
        <w:spacing w:after="0" w:line="240" w:lineRule="auto"/>
        <w:jc w:val="both"/>
        <w:rPr>
          <w:b/>
          <w:bCs/>
          <w:color w:val="auto"/>
          <w:sz w:val="22"/>
        </w:rPr>
      </w:pPr>
    </w:p>
    <w:p w14:paraId="10B12D48" w14:textId="77777777" w:rsidR="00C547A4" w:rsidRPr="00C547A4" w:rsidRDefault="00C547A4" w:rsidP="00C547A4">
      <w:pPr>
        <w:spacing w:after="0" w:line="240" w:lineRule="auto"/>
        <w:jc w:val="both"/>
        <w:rPr>
          <w:b/>
          <w:bCs/>
          <w:color w:val="auto"/>
          <w:sz w:val="22"/>
        </w:rPr>
      </w:pPr>
      <w:r w:rsidRPr="00C547A4">
        <w:rPr>
          <w:b/>
          <w:bCs/>
          <w:color w:val="auto"/>
          <w:sz w:val="22"/>
        </w:rPr>
        <w:t>Anexa 1. Oferta financiară</w:t>
      </w:r>
    </w:p>
    <w:p w14:paraId="7822CE3D" w14:textId="55A4F1B8" w:rsidR="00C547A4" w:rsidRPr="00C547A4" w:rsidRDefault="00C547A4" w:rsidP="00C547A4">
      <w:pPr>
        <w:spacing w:after="0" w:line="240" w:lineRule="auto"/>
        <w:jc w:val="both"/>
        <w:rPr>
          <w:color w:val="auto"/>
          <w:sz w:val="22"/>
        </w:rPr>
      </w:pPr>
      <w:r w:rsidRPr="00C547A4">
        <w:rPr>
          <w:color w:val="auto"/>
          <w:sz w:val="22"/>
        </w:rPr>
        <w:t>Concurs: Consultant(ă) în comunicare și informare publică</w:t>
      </w:r>
    </w:p>
    <w:p w14:paraId="6A4EE501" w14:textId="77777777" w:rsidR="00C547A4" w:rsidRPr="00C547A4" w:rsidRDefault="00C547A4" w:rsidP="00C547A4">
      <w:pPr>
        <w:spacing w:after="0" w:line="240" w:lineRule="auto"/>
        <w:jc w:val="both"/>
        <w:rPr>
          <w:color w:val="auto"/>
          <w:sz w:val="22"/>
        </w:rPr>
      </w:pPr>
    </w:p>
    <w:p w14:paraId="6FB45876" w14:textId="77777777" w:rsidR="00C547A4" w:rsidRPr="00C547A4" w:rsidRDefault="00C547A4" w:rsidP="00C547A4">
      <w:pPr>
        <w:spacing w:after="0" w:line="240" w:lineRule="auto"/>
        <w:jc w:val="both"/>
        <w:rPr>
          <w:color w:val="auto"/>
          <w:sz w:val="22"/>
        </w:rPr>
      </w:pPr>
      <w:r w:rsidRPr="00C547A4">
        <w:rPr>
          <w:color w:val="auto"/>
          <w:sz w:val="22"/>
        </w:rPr>
        <w:t>Numele și prenumele / denumirea ofertantului: ______________________________________________</w:t>
      </w:r>
    </w:p>
    <w:p w14:paraId="74B2A5CB" w14:textId="77777777" w:rsidR="00C547A4" w:rsidRPr="00C547A4" w:rsidRDefault="00C547A4" w:rsidP="00C547A4">
      <w:pPr>
        <w:spacing w:after="0" w:line="240" w:lineRule="auto"/>
        <w:jc w:val="both"/>
        <w:rPr>
          <w:color w:val="auto"/>
          <w:sz w:val="22"/>
        </w:rPr>
      </w:pPr>
      <w:r w:rsidRPr="00C547A4">
        <w:rPr>
          <w:color w:val="auto"/>
          <w:sz w:val="22"/>
        </w:rPr>
        <w:t>Telefon: __________________________  E-mail: ______________________________________________</w:t>
      </w:r>
    </w:p>
    <w:p w14:paraId="048F5190" w14:textId="77777777" w:rsidR="00C547A4" w:rsidRPr="00C547A4" w:rsidRDefault="00C547A4" w:rsidP="00C547A4">
      <w:pPr>
        <w:spacing w:after="0" w:line="240" w:lineRule="auto"/>
        <w:jc w:val="both"/>
        <w:rPr>
          <w:color w:val="auto"/>
          <w:sz w:val="22"/>
        </w:rPr>
      </w:pPr>
      <w:r w:rsidRPr="00C547A4">
        <w:rPr>
          <w:color w:val="auto"/>
          <w:sz w:val="22"/>
        </w:rPr>
        <w:t xml:space="preserve"> </w:t>
      </w:r>
    </w:p>
    <w:tbl>
      <w:tblPr>
        <w:tblStyle w:val="TableGrid"/>
        <w:tblW w:w="0" w:type="auto"/>
        <w:tblInd w:w="108" w:type="dxa"/>
        <w:tblLayout w:type="fixed"/>
        <w:tblLook w:val="04A0" w:firstRow="1" w:lastRow="0" w:firstColumn="1" w:lastColumn="0" w:noHBand="0" w:noVBand="1"/>
      </w:tblPr>
      <w:tblGrid>
        <w:gridCol w:w="4031"/>
        <w:gridCol w:w="1587"/>
        <w:gridCol w:w="1814"/>
        <w:gridCol w:w="1984"/>
      </w:tblGrid>
      <w:tr w:rsidR="00C547A4" w:rsidRPr="00C547A4" w14:paraId="486A938F" w14:textId="77777777" w:rsidTr="00C40663">
        <w:tc>
          <w:tcPr>
            <w:tcW w:w="4031" w:type="dxa"/>
          </w:tcPr>
          <w:p w14:paraId="0938BBAF" w14:textId="77777777" w:rsidR="00C547A4" w:rsidRPr="00C547A4" w:rsidRDefault="00C547A4" w:rsidP="00C547A4">
            <w:pPr>
              <w:spacing w:after="0" w:line="240" w:lineRule="auto"/>
              <w:jc w:val="both"/>
              <w:rPr>
                <w:b/>
                <w:bCs/>
                <w:color w:val="auto"/>
                <w:sz w:val="22"/>
              </w:rPr>
            </w:pPr>
            <w:r w:rsidRPr="00C547A4">
              <w:rPr>
                <w:b/>
                <w:bCs/>
                <w:color w:val="auto"/>
                <w:sz w:val="22"/>
              </w:rPr>
              <w:t>Serviciu</w:t>
            </w:r>
          </w:p>
        </w:tc>
        <w:tc>
          <w:tcPr>
            <w:tcW w:w="1587" w:type="dxa"/>
          </w:tcPr>
          <w:p w14:paraId="6084EF28" w14:textId="77777777" w:rsidR="00C547A4" w:rsidRPr="00C547A4" w:rsidRDefault="00C547A4" w:rsidP="00C547A4">
            <w:pPr>
              <w:spacing w:after="0" w:line="240" w:lineRule="auto"/>
              <w:jc w:val="both"/>
              <w:rPr>
                <w:b/>
                <w:bCs/>
                <w:color w:val="auto"/>
                <w:sz w:val="22"/>
              </w:rPr>
            </w:pPr>
            <w:r w:rsidRPr="00C547A4">
              <w:rPr>
                <w:b/>
                <w:bCs/>
                <w:color w:val="auto"/>
                <w:sz w:val="22"/>
              </w:rPr>
              <w:t>Volum estimat</w:t>
            </w:r>
          </w:p>
        </w:tc>
        <w:tc>
          <w:tcPr>
            <w:tcW w:w="1814" w:type="dxa"/>
          </w:tcPr>
          <w:p w14:paraId="66D7AF6A" w14:textId="77777777" w:rsidR="00C547A4" w:rsidRPr="00C547A4" w:rsidRDefault="00C547A4" w:rsidP="00C547A4">
            <w:pPr>
              <w:spacing w:after="0" w:line="240" w:lineRule="auto"/>
              <w:jc w:val="both"/>
              <w:rPr>
                <w:b/>
                <w:bCs/>
                <w:color w:val="auto"/>
                <w:sz w:val="22"/>
              </w:rPr>
            </w:pPr>
            <w:r w:rsidRPr="00C547A4">
              <w:rPr>
                <w:b/>
                <w:bCs/>
                <w:color w:val="auto"/>
                <w:sz w:val="22"/>
              </w:rPr>
              <w:t>Preț unitar ofertat (MDL, taxe incluse)</w:t>
            </w:r>
          </w:p>
        </w:tc>
        <w:tc>
          <w:tcPr>
            <w:tcW w:w="1984" w:type="dxa"/>
          </w:tcPr>
          <w:p w14:paraId="7B716632" w14:textId="77777777" w:rsidR="00C547A4" w:rsidRPr="00C547A4" w:rsidRDefault="00C547A4" w:rsidP="00C547A4">
            <w:pPr>
              <w:spacing w:after="0" w:line="240" w:lineRule="auto"/>
              <w:jc w:val="both"/>
              <w:rPr>
                <w:b/>
                <w:bCs/>
                <w:color w:val="auto"/>
                <w:sz w:val="22"/>
              </w:rPr>
            </w:pPr>
            <w:r w:rsidRPr="00C547A4">
              <w:rPr>
                <w:b/>
                <w:bCs/>
                <w:color w:val="auto"/>
                <w:sz w:val="22"/>
              </w:rPr>
              <w:t>Preț total (MDL, taxe incluse)</w:t>
            </w:r>
          </w:p>
        </w:tc>
      </w:tr>
      <w:tr w:rsidR="00C547A4" w:rsidRPr="00C547A4" w14:paraId="19F2DE6B" w14:textId="77777777" w:rsidTr="00C40663">
        <w:tc>
          <w:tcPr>
            <w:tcW w:w="4031" w:type="dxa"/>
          </w:tcPr>
          <w:p w14:paraId="3BABB77B" w14:textId="47D2B7EC" w:rsidR="00C547A4" w:rsidRPr="00C547A4" w:rsidRDefault="00C547A4" w:rsidP="00C547A4">
            <w:pPr>
              <w:spacing w:after="0" w:line="240" w:lineRule="auto"/>
              <w:jc w:val="both"/>
              <w:rPr>
                <w:color w:val="auto"/>
                <w:sz w:val="22"/>
              </w:rPr>
            </w:pPr>
            <w:r w:rsidRPr="00C547A4">
              <w:rPr>
                <w:color w:val="auto"/>
                <w:sz w:val="22"/>
              </w:rPr>
              <w:t>Servicii de comunicare și informare publică, potrivit Termenilor de referință</w:t>
            </w:r>
          </w:p>
        </w:tc>
        <w:tc>
          <w:tcPr>
            <w:tcW w:w="1587" w:type="dxa"/>
          </w:tcPr>
          <w:p w14:paraId="45AABE0E" w14:textId="013331F2" w:rsidR="00C547A4" w:rsidRPr="00C547A4" w:rsidRDefault="00C547A4" w:rsidP="00C547A4">
            <w:pPr>
              <w:spacing w:after="0" w:line="240" w:lineRule="auto"/>
              <w:jc w:val="both"/>
              <w:rPr>
                <w:color w:val="auto"/>
                <w:sz w:val="22"/>
              </w:rPr>
            </w:pPr>
            <w:r w:rsidRPr="00C547A4">
              <w:rPr>
                <w:color w:val="auto"/>
                <w:sz w:val="22"/>
              </w:rPr>
              <w:t>250 de ore</w:t>
            </w:r>
          </w:p>
        </w:tc>
        <w:tc>
          <w:tcPr>
            <w:tcW w:w="1814" w:type="dxa"/>
          </w:tcPr>
          <w:p w14:paraId="4249E6CB" w14:textId="77777777" w:rsidR="00C547A4" w:rsidRPr="00C547A4" w:rsidRDefault="00C547A4" w:rsidP="00C547A4">
            <w:pPr>
              <w:spacing w:after="0" w:line="240" w:lineRule="auto"/>
              <w:jc w:val="both"/>
              <w:rPr>
                <w:color w:val="auto"/>
                <w:sz w:val="22"/>
              </w:rPr>
            </w:pPr>
            <w:r w:rsidRPr="00C547A4">
              <w:rPr>
                <w:color w:val="auto"/>
                <w:sz w:val="22"/>
              </w:rPr>
              <w:t xml:space="preserve"> </w:t>
            </w:r>
          </w:p>
        </w:tc>
        <w:tc>
          <w:tcPr>
            <w:tcW w:w="1984" w:type="dxa"/>
          </w:tcPr>
          <w:p w14:paraId="2827CD11" w14:textId="77777777" w:rsidR="00C547A4" w:rsidRPr="00C547A4" w:rsidRDefault="00C547A4" w:rsidP="00C547A4">
            <w:pPr>
              <w:spacing w:after="0" w:line="240" w:lineRule="auto"/>
              <w:jc w:val="both"/>
              <w:rPr>
                <w:color w:val="auto"/>
                <w:sz w:val="22"/>
              </w:rPr>
            </w:pPr>
            <w:r w:rsidRPr="00C547A4">
              <w:rPr>
                <w:color w:val="auto"/>
                <w:sz w:val="22"/>
              </w:rPr>
              <w:t xml:space="preserve"> </w:t>
            </w:r>
          </w:p>
        </w:tc>
      </w:tr>
    </w:tbl>
    <w:p w14:paraId="154B6F2A" w14:textId="77777777" w:rsidR="00C547A4" w:rsidRPr="00C547A4" w:rsidRDefault="00C547A4" w:rsidP="00C547A4">
      <w:pPr>
        <w:spacing w:after="0" w:line="240" w:lineRule="auto"/>
        <w:jc w:val="both"/>
        <w:rPr>
          <w:color w:val="auto"/>
          <w:sz w:val="22"/>
        </w:rPr>
      </w:pPr>
    </w:p>
    <w:p w14:paraId="09F44BE5" w14:textId="77777777" w:rsidR="00C547A4" w:rsidRPr="00C547A4" w:rsidRDefault="00C547A4" w:rsidP="00C547A4">
      <w:pPr>
        <w:spacing w:after="0" w:line="240" w:lineRule="auto"/>
        <w:jc w:val="both"/>
        <w:rPr>
          <w:color w:val="auto"/>
          <w:sz w:val="22"/>
        </w:rPr>
      </w:pPr>
    </w:p>
    <w:p w14:paraId="7C10350E" w14:textId="77777777" w:rsidR="00C547A4" w:rsidRPr="00C547A4" w:rsidRDefault="00C547A4" w:rsidP="00C547A4">
      <w:pPr>
        <w:spacing w:after="0" w:line="240" w:lineRule="auto"/>
        <w:jc w:val="both"/>
        <w:rPr>
          <w:color w:val="auto"/>
          <w:sz w:val="22"/>
        </w:rPr>
      </w:pPr>
      <w:r w:rsidRPr="00C547A4">
        <w:rPr>
          <w:color w:val="auto"/>
          <w:sz w:val="22"/>
        </w:rPr>
        <w:t>Confirm că prețul ofertat include întregul pachet de servicii descris în Termenii de referință și că reprezintă costul total al contractării. Oferta este valabilă timp de 30 de zile de la termenul-limită de depunere.</w:t>
      </w:r>
    </w:p>
    <w:p w14:paraId="14D04204" w14:textId="77777777" w:rsidR="00C547A4" w:rsidRPr="00C547A4" w:rsidRDefault="00C547A4" w:rsidP="00C547A4">
      <w:pPr>
        <w:spacing w:after="0" w:line="240" w:lineRule="auto"/>
        <w:jc w:val="both"/>
        <w:rPr>
          <w:color w:val="auto"/>
          <w:sz w:val="22"/>
        </w:rPr>
      </w:pPr>
    </w:p>
    <w:p w14:paraId="14814489" w14:textId="77777777" w:rsidR="00C547A4" w:rsidRPr="00C547A4" w:rsidRDefault="00C547A4" w:rsidP="00C547A4">
      <w:pPr>
        <w:spacing w:after="0" w:line="240" w:lineRule="auto"/>
        <w:jc w:val="both"/>
        <w:rPr>
          <w:color w:val="auto"/>
          <w:sz w:val="22"/>
        </w:rPr>
      </w:pPr>
      <w:r w:rsidRPr="00C547A4">
        <w:rPr>
          <w:color w:val="auto"/>
          <w:sz w:val="22"/>
        </w:rPr>
        <w:t>Data: _____________________                          Semnătura: ______________________________</w:t>
      </w:r>
    </w:p>
    <w:p w14:paraId="07017999" w14:textId="77777777" w:rsidR="00C547A4" w:rsidRDefault="00C547A4" w:rsidP="00363C40">
      <w:pPr>
        <w:pStyle w:val="NoSpacing"/>
        <w:jc w:val="both"/>
        <w:rPr>
          <w:rFonts w:hint="eastAsia"/>
        </w:rPr>
      </w:pPr>
    </w:p>
    <w:sectPr w:rsidR="00C547A4" w:rsidSect="00034616">
      <w:footerReference w:type="default" r:id="rId9"/>
      <w:pgSz w:w="11906" w:h="16838"/>
      <w:pgMar w:top="935" w:right="1106" w:bottom="879" w:left="1162" w:header="283"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37A06" w14:textId="77777777" w:rsidR="005A0FBF" w:rsidRPr="00395462" w:rsidRDefault="005A0FBF">
      <w:pPr>
        <w:spacing w:after="0" w:line="240" w:lineRule="auto"/>
        <w:rPr>
          <w:rFonts w:hint="eastAsia"/>
        </w:rPr>
      </w:pPr>
      <w:r w:rsidRPr="00395462">
        <w:separator/>
      </w:r>
    </w:p>
  </w:endnote>
  <w:endnote w:type="continuationSeparator" w:id="0">
    <w:p w14:paraId="226927CB" w14:textId="77777777" w:rsidR="005A0FBF" w:rsidRPr="00395462" w:rsidRDefault="005A0FBF">
      <w:pPr>
        <w:spacing w:after="0" w:line="240" w:lineRule="auto"/>
        <w:rPr>
          <w:rFonts w:hint="eastAsia"/>
        </w:rPr>
      </w:pPr>
      <w:r w:rsidRPr="003954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486083"/>
      <w:docPartObj>
        <w:docPartGallery w:val="Page Numbers (Bottom of Page)"/>
        <w:docPartUnique/>
      </w:docPartObj>
    </w:sdtPr>
    <w:sdtEndPr>
      <w:rPr>
        <w:noProof/>
      </w:rPr>
    </w:sdtEndPr>
    <w:sdtContent>
      <w:p w14:paraId="2EE149BB" w14:textId="27B6EA73" w:rsidR="00C547A4" w:rsidRDefault="00C547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7B89E3" w14:textId="072ECF09" w:rsidR="00642649" w:rsidRPr="00395462" w:rsidRDefault="00642649">
    <w:pPr>
      <w:pStyle w:val="Footer"/>
      <w:jc w:val="righ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EC81" w14:textId="77777777" w:rsidR="005A0FBF" w:rsidRPr="00395462" w:rsidRDefault="005A0FBF">
      <w:pPr>
        <w:spacing w:after="0" w:line="240" w:lineRule="auto"/>
        <w:rPr>
          <w:rFonts w:hint="eastAsia"/>
        </w:rPr>
      </w:pPr>
      <w:r w:rsidRPr="00395462">
        <w:separator/>
      </w:r>
    </w:p>
  </w:footnote>
  <w:footnote w:type="continuationSeparator" w:id="0">
    <w:p w14:paraId="1FCC3197" w14:textId="77777777" w:rsidR="005A0FBF" w:rsidRPr="00395462" w:rsidRDefault="005A0FBF">
      <w:pPr>
        <w:spacing w:after="0" w:line="240" w:lineRule="auto"/>
        <w:rPr>
          <w:rFonts w:hint="eastAsia"/>
        </w:rPr>
      </w:pPr>
      <w:r w:rsidRPr="0039546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8373515">
    <w:abstractNumId w:val="8"/>
  </w:num>
  <w:num w:numId="2" w16cid:durableId="1908295939">
    <w:abstractNumId w:val="6"/>
  </w:num>
  <w:num w:numId="3" w16cid:durableId="103112635">
    <w:abstractNumId w:val="5"/>
  </w:num>
  <w:num w:numId="4" w16cid:durableId="1409427902">
    <w:abstractNumId w:val="4"/>
  </w:num>
  <w:num w:numId="5" w16cid:durableId="455684941">
    <w:abstractNumId w:val="7"/>
  </w:num>
  <w:num w:numId="6" w16cid:durableId="992762352">
    <w:abstractNumId w:val="3"/>
  </w:num>
  <w:num w:numId="7" w16cid:durableId="541285654">
    <w:abstractNumId w:val="2"/>
  </w:num>
  <w:num w:numId="8" w16cid:durableId="1213889076">
    <w:abstractNumId w:val="1"/>
  </w:num>
  <w:num w:numId="9" w16cid:durableId="117546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40DA"/>
    <w:rsid w:val="002F7AD5"/>
    <w:rsid w:val="00326F90"/>
    <w:rsid w:val="00363C40"/>
    <w:rsid w:val="00395462"/>
    <w:rsid w:val="005A0FBF"/>
    <w:rsid w:val="00642649"/>
    <w:rsid w:val="00AA1D8D"/>
    <w:rsid w:val="00B47730"/>
    <w:rsid w:val="00C547A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B94DD1"/>
  <w14:defaultImageDpi w14:val="300"/>
  <w15:docId w15:val="{77ABE6F0-8F2F-4839-9A03-1F37FCB1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9" w:lineRule="auto"/>
    </w:pPr>
    <w:rPr>
      <w:rFonts w:ascii="Aptos" w:hAnsi="Aptos"/>
      <w:color w:val="1C2730"/>
      <w:sz w:val="20"/>
      <w:lang w:val="ro-RO"/>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RHeading">
    <w:name w:val="TOR Heading"/>
    <w:pPr>
      <w:keepNext/>
      <w:spacing w:before="200" w:after="80"/>
    </w:pPr>
    <w:rPr>
      <w:rFonts w:ascii="Aptos" w:hAnsi="Aptos"/>
      <w:b/>
      <w:color w:val="182A37"/>
    </w:rPr>
  </w:style>
  <w:style w:type="paragraph" w:customStyle="1" w:styleId="TORSubheading">
    <w:name w:val="TOR Subheading"/>
    <w:pPr>
      <w:keepNext/>
      <w:spacing w:before="120" w:after="60"/>
    </w:pPr>
    <w:rPr>
      <w:rFonts w:ascii="Aptos" w:hAnsi="Aptos"/>
      <w:b/>
      <w:color w:val="182A37"/>
      <w:sz w:val="20"/>
    </w:rPr>
  </w:style>
  <w:style w:type="character" w:styleId="Hyperlink">
    <w:name w:val="Hyperlink"/>
    <w:basedOn w:val="DefaultParagraphFont"/>
    <w:uiPriority w:val="99"/>
    <w:unhideWhenUsed/>
    <w:rsid w:val="00C547A4"/>
    <w:rPr>
      <w:color w:val="0000FF" w:themeColor="hyperlink"/>
      <w:u w:val="single"/>
    </w:rPr>
  </w:style>
  <w:style w:type="character" w:styleId="UnresolvedMention">
    <w:name w:val="Unresolved Mention"/>
    <w:basedOn w:val="DefaultParagraphFont"/>
    <w:uiPriority w:val="99"/>
    <w:semiHidden/>
    <w:unhideWhenUsed/>
    <w:rsid w:val="00C54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Termeni de referință - Consultant(ă) în comunicare și informare publică</vt:lpstr>
    </vt:vector>
  </TitlesOfParts>
  <Manager/>
  <Company/>
  <LinksUpToDate>false</LinksUpToDate>
  <CharactersWithSpaces>11024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Termeni de referință - Consultant(ă) în comunicare și informare publică</dc:title>
  <dc:subject>CASMED / UN Women / ADA - Proiect incluziune economică</dc:subject>
  <dc:creator>AO CASMED</dc:creator>
  <cp:keywords/>
  <dc:description>generated by python-docx</dc:description>
  <cp:lastModifiedBy>Admin</cp:lastModifiedBy>
  <cp:revision>4</cp:revision>
  <dcterms:created xsi:type="dcterms:W3CDTF">2013-12-23T23:15:00Z</dcterms:created>
  <dcterms:modified xsi:type="dcterms:W3CDTF">2026-10-25T19:16:00Z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c5b7f8e96b6d15e37d8cb6e7bd87149e2ffb1fdc25f9da1ad84e0b5ddf1cb24b</vt:lpwstr>
  </property>
</Properties>
</file>